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8871B" w14:textId="77777777" w:rsidR="00B01FC8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ข้อมูลสถานที่รอรับคนโดยสาร (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วิน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) และการออกใบรับรองรถจักรยานยนต์สาธารณะ ในเขตกรุงเทพมหานคร ประจำ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ปีงบประมาณ 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พ.ศ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. 256</w:t>
      </w:r>
      <w:r w:rsid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9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สำนักงานเขตป้อมปราบศัตรูพ่าย </w:t>
      </w:r>
      <w:r w:rsidRPr="00E9269F">
        <w:rPr>
          <w:rFonts w:ascii="TH SarabunPSK" w:hAnsi="TH SarabunPSK" w:cs="TH SarabunPSK"/>
          <w:sz w:val="32"/>
          <w:szCs w:val="32"/>
        </w:rPr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2"/>
          <w:sz w:val="32"/>
          <w:szCs w:val="32"/>
        </w:rPr>
        <w:t>เดือนตุลาคม 2568</w:t>
      </w:r>
      <w:r w:rsidRPr="00E9269F">
        <w:rPr>
          <w:rFonts w:ascii="TH SarabunPSK" w:hAnsi="TH SarabunPSK" w:cs="TH SarabunPSK"/>
          <w:sz w:val="32"/>
          <w:szCs w:val="32"/>
        </w:rPr>
        <w:t xml:space="preserve"> </w:t>
      </w:r>
    </w:p>
    <w:p w14:paraId="623E3523" w14:textId="56DE9635" w:rsidR="00260D1C" w:rsidRPr="00E9269F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5BAAC971" wp14:editId="41FEDC5A">
                <wp:simplePos x="0" y="0"/>
                <wp:positionH relativeFrom="page">
                  <wp:posOffset>975360</wp:posOffset>
                </wp:positionH>
                <wp:positionV relativeFrom="page">
                  <wp:posOffset>1586230</wp:posOffset>
                </wp:positionV>
                <wp:extent cx="6117590" cy="695959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17590" cy="695959"/>
                        </a:xfrm>
                        <a:prstGeom prst="rect">
                          <a:avLst/>
                        </a:prstGeom>
                        <a:solidFill>
                          <a:srgbClr val="F9BE8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0A1B6A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6.8pt;margin-top:124.9pt;width:481.7pt;height:54.8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" fillcolor="#f9be8f" stroked="f">
                <o:lock v:ext="edit" aspectratio="t"/>
                <v:textbox inset="0,0,0,0"/>
                <w10:wrap anchorx="page" anchory="page"/>
              </v:shape>
            </w:pict>
          </mc:Fallback>
        </mc:AlternateContent>
      </w: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1AF96181" w14:textId="77777777" w:rsidTr="00E9269F">
        <w:trPr>
          <w:trHeight w:hRule="exact" w:val="732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0789647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3CE11B6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</w:t>
            </w:r>
            <w:proofErr w:type="spellEnd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วิน</w:t>
            </w:r>
            <w:proofErr w:type="spellEnd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22E4176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362A8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60DFE32D" w14:textId="77777777" w:rsidTr="00E9269F">
        <w:trPr>
          <w:trHeight w:hRule="exact" w:val="372"/>
        </w:trPr>
        <w:tc>
          <w:tcPr>
            <w:tcW w:w="706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6C1E4DCE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619BBDA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2EC7F6E7" w14:textId="5AF987A1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 xml:space="preserve"> 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4857D51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6C96664F" w14:textId="56EC1A26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 xml:space="preserve"> 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7CD1CF53" w14:textId="77777777" w:rsidTr="00B01FC8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B26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4A34D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โบ๊5เบ๊5สะพาน 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7EAF77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C23C6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38E800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2511F2B" w14:textId="77777777" w:rsidTr="00B01FC8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B93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F3966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ปากซอยเจ้าคำรพ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819F27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6781E9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93A72C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452D479" w14:textId="77777777" w:rsidTr="00E9269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5924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9AF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แยกแปลงนาม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8F9DF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AB2E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9FE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8C3BF95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E19A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ABA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หน้าตลาดวรจักร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E64B4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66B08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F768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4182091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99B88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49078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ปากตรอกมะขาม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8B3BDB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282A5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FF43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292ADC7" w14:textId="77777777" w:rsidTr="00E9269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644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1E13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ปากซอยนาคราช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01B1C5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B1AB8D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316F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CC02B15" w14:textId="77777777" w:rsidTr="00E9269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16E6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6423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ปากซอยพระแก้ว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876F0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5FCF0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4C11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CDDAE29" w14:textId="77777777" w:rsidTr="00E9269F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1800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A27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สน.พลับพลาไชย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634A1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23E1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366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C7F3FD3" w14:textId="77777777" w:rsidTr="00E9269F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F23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3605B" w14:textId="66BB7D34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ปากซอยกรุงแมน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7B48C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7283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60C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C390C8F" w14:textId="77777777" w:rsidTr="00E9269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C02AB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376A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ปากซอยวัดสิตาราม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5B21F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33811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B055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E85FD05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3B3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6D3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ปากซอยสวนมะลิ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C8404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56D7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E148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33318F4" w14:textId="77777777" w:rsidTr="00E9269F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886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612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หน้าศาลเจ้ากวนอิมเบี้ย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30B6F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8BE62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1CAF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BB67E2E" w14:textId="77777777" w:rsidTr="00E9269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1123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4D6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ปากซอยคลองถมวัดโสมนัส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12AC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06404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FA63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79E628E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374B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262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ปากซอยศรีธรรมาธิราช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B2D71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70BF7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D27D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73D83B2" w14:textId="77777777" w:rsidTr="00E9269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7E0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15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595F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หน้าโรงเรียนวัดสระเกศ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5460BE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B427B9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C73A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6C019FB" w14:textId="77777777" w:rsidTr="00E9269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1F5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C543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หน้านกน้อยคาเฟ่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4E7503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8FD3B7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DE932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EFEDB74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191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00A0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22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ถ.มิตรสัมพันธ์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AFD5B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4A377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DF9A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A87CC24" w14:textId="77777777" w:rsidTr="00E9269F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5A0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18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399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โบ๊5เบ๊5สะพาน 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0FF0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8E98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F86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5A4CB0E" w14:textId="77777777" w:rsidTr="00E9269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F73A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4507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ปากซอยบ้านบาตร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EBECE2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F866F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405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E66B438" w14:textId="77777777" w:rsidTr="00E9269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ECF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2AD0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สาขามิตรพันธ์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8C208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CC79B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B798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C3199A6" w14:textId="77777777" w:rsidTr="00E9269F">
        <w:trPr>
          <w:trHeight w:hRule="exact" w:val="370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1CCBD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21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4EE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ปากซอยเฉลิมเขต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4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0E71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732B94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FB71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A579225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048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7FC67" w14:textId="21745FDF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ปากซอยนาคบำรุง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6DAB6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90EC0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BCE2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CA115D6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E84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71EAB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หน้าโรงพยาบาลกลาง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ตึกอุบัติเหตุ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7477B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6BF07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442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FD8AD0E" w14:textId="77777777" w:rsidTr="00E9269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F889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8A8A7" w14:textId="5F712F75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ปากซอยยมราชสุขุม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52B02A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E11C7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970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B509E94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3CA5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26B7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ปากซอยหม่อมเชื่อม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F59F35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8D8AAD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EE5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F815199" w14:textId="77777777" w:rsidTr="00E9269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096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0DE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หน้าวัดพระพิเรนทร์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5896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9390A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207DA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07AC692" w14:textId="77777777" w:rsidTr="00E9269F">
        <w:trPr>
          <w:trHeight w:hRule="exact" w:val="370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443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27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EEA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หน้าเค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เอฟ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ซี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คลองถม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77911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A8F7B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8B4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3B77C06" w14:textId="77777777" w:rsidTr="00E9269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0909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583B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สน.นางเลิ้ง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8E83E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A38E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CF5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CEB8D08" w14:textId="77777777" w:rsidTr="00E9269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DD2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121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หน้าโรงแรมรอยัลปริ๊นเซส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E27B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B1F25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B47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C141E14" w14:textId="77777777" w:rsidTr="00E9269F">
        <w:trPr>
          <w:trHeight w:hRule="exact"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E131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7F59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หน้าสวนหย่อมกรมโยธา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C98B4B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5B074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32633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4AD29F7C" w14:textId="77777777" w:rsidR="00260D1C" w:rsidRPr="00E9269F" w:rsidRDefault="00260D1C" w:rsidP="00B01FC8">
      <w:pPr>
        <w:autoSpaceDE w:val="0"/>
        <w:autoSpaceDN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3D370F" w14:textId="77777777" w:rsidR="00260D1C" w:rsidRPr="00E9269F" w:rsidRDefault="00260D1C" w:rsidP="00B01FC8">
      <w:pPr>
        <w:spacing w:after="0" w:line="240" w:lineRule="auto"/>
        <w:rPr>
          <w:rFonts w:ascii="TH SarabunPSK" w:hAnsi="TH SarabunPSK" w:cs="TH SarabunPSK"/>
          <w:sz w:val="32"/>
          <w:szCs w:val="32"/>
        </w:rPr>
        <w:sectPr w:rsidR="00260D1C" w:rsidRPr="00E9269F" w:rsidSect="00893562">
          <w:pgSz w:w="11906" w:h="16838"/>
          <w:pgMar w:top="851" w:right="816" w:bottom="851" w:left="697" w:header="720" w:footer="720" w:gutter="0"/>
          <w:cols w:space="720" w:equalWidth="0">
            <w:col w:w="10392" w:space="0"/>
          </w:cols>
          <w:docGrid w:linePitch="360"/>
        </w:sectPr>
      </w:pPr>
    </w:p>
    <w:p w14:paraId="4B4EC3EB" w14:textId="71EEA83D" w:rsidR="0093648E" w:rsidRDefault="00000000" w:rsidP="00B01FC8">
      <w:pPr>
        <w:autoSpaceDE w:val="0"/>
        <w:autoSpaceDN w:val="0"/>
        <w:spacing w:after="0" w:line="240" w:lineRule="auto"/>
        <w:ind w:right="4990"/>
        <w:jc w:val="right"/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lang w:bidi="th-TH"/>
        </w:rPr>
      </w:pPr>
      <w:r w:rsidRPr="00E9269F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lastRenderedPageBreak/>
        <w:t>-2-</w:t>
      </w: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12F16B58" w14:textId="77777777" w:rsidTr="00B01FC8">
        <w:trPr>
          <w:trHeight w:hRule="exact" w:val="73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490CD98F" w14:textId="42A29303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0D032B07" w14:textId="6AE4BEE0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</w:t>
            </w:r>
            <w:proofErr w:type="spellEnd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วิน</w:t>
            </w:r>
            <w:proofErr w:type="spellEnd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4D9675F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037ACE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5C906CB4" w14:textId="77777777" w:rsidTr="00B01FC8">
        <w:trPr>
          <w:trHeight w:hRule="exact" w:val="37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52AFDCBE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3FB453B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03FB9202" w14:textId="4705C986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651D0E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0" w:type="dxa"/>
              <w:right w:w="0" w:type="dxa"/>
            </w:tcMar>
            <w:vAlign w:val="center"/>
          </w:tcPr>
          <w:p w14:paraId="26D5364A" w14:textId="4410E848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7537822F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BA71B9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4DA66C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ปากซอยตลาดแม้นศรี</w:t>
            </w:r>
            <w:r w:rsidRPr="00E92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9A5512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62751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D634AC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679A9EE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A4E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216B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ถนนพะเนียง (ฝั่งวัดโสมนัส)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B5DFCF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FBF4AA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FD34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CC88EEB" w14:textId="77777777" w:rsidTr="0093648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8E67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D2DC58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ข้างวัดมังกรกมลาวาส ถ.เจริญกรุง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000DB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BF10A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928C98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3F8745C" w14:textId="77777777" w:rsidTr="0093648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FBAC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D4CD2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หน้าเซเว่น เฉลิมเขต2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735A9B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0BD74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F33DED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A9A9648" w14:textId="77777777" w:rsidTr="0093648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4C5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F626A60" w14:textId="71353028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แยกเสือป่า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D97B65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03A52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88111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8E710FE" w14:textId="77777777" w:rsidTr="0093648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41D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269AD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ถนนกะออมตัดถนนนครสวรรค์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B2645D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651E1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E34C1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25DA626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3981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EB6E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ปากทางที่จอดรถเฉลิมนคร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46C4C4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B74A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A2FA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3217481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BB29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FC3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หน้าโรงเรียนพลับพลาไชย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BCEBF6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912A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C122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2FB78E6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F48E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1C06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ปากซอยศูนย์การค้าวรจักร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11F30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4956E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F0A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CA086CF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A07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2053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แยกถนนพะเนียง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5F010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5A6F4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686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7896F02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061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3C1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ถนนดำรงรักษ์ตัดกรุงเกษม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297C19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2EBA4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CA8E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D8FCF5F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744A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4FD3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ชุมชนวัดโสมนัส ซอย 1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761A1D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789E34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133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4312F4F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355C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EFD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ตรงข้ามทางขึ้นลงโบ๊เบ๊สะพาน 3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8F220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BCC65E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E5E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FFF3E14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F0EE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3AD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ซอยสวนมะลิ 1 หลังวัดดิสา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544E58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F2694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9787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81F8679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D5E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801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หน้าโรงเรียนวัดเทพศิรินทร์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5C016A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5309E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E9BE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FA90CAB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7681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3EF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ข้างโรงพิมพ์ซิงเสียนเยอะเป้า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E34DF6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6BCE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DD30E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6E5C977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7C96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525C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ปากซอยยศเส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16AB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DB9F75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2A0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A53449B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EB3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229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ข้างโรงพยาบาลกลาง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5F16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EDFADE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025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A0C032F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BBC7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9BFA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หน้าธนาคารกรุงเทพ สาขามหานาค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83A39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CCB4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395F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D7715AB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30A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A786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สาขาเสือป่า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08A0C0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AFCC8C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0534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BC7955D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87234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132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ซอยโรงไม้ (ภูเขาทอง)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6E23FE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B9B8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7AD7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B709D1F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9DB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348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หน้าอาคารศรีวรจักร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78FEC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77837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8736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1A76111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892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9AD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ข้างโรงพยาบาลหัวเฉียว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E41A1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3C9C04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2D23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C7D87FD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43C8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641D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หน้าชุมชนวัดโสมนัส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9F912A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4E3F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ADF1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326C3C2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6E0E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E0E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ถนนไมตรีจิตต์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AF39B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E9260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0AAD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82AF0F8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0D88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F52F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1"/>
                <w:sz w:val="32"/>
                <w:szCs w:val="32"/>
              </w:rPr>
              <w:t>ปากซอยพระยามหาอำมาตย์!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D4E8F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9ED46D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35F4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F63AF27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B53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133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บ้านบาตร เมรุปูน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3BE344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2E796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8E33B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D36E6A8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34E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DFEB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3"/>
                <w:sz w:val="32"/>
                <w:szCs w:val="32"/>
              </w:rPr>
              <w:t>ชุมชนดำรงค์รักษ์ (วินกองทุนชุมชนดำรงรักษ์</w:t>
            </w: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A9191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818E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FFA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71CB97E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BA34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2E7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แยกเทวกรรม ข้างโรงรับจำนำ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1B57DF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AAE82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018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416B13E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4DF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5E5F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ปากซอยมหาจักร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52E5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A48C8D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DC8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8B2812F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A487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A55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ถนนศุภมิตรตัดกรุงเกษม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4FE5F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DA60B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1BEF2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E3B5DA4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2D5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85D0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ปากซอยหลานหลวง 10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056A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CBCB8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4B3BA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D33795B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421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0BCE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ซอย 9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5B0A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0B2DA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D62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66B6FA9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35D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ED9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15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75608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A91FD5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07B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BF8E17E" w14:textId="77777777" w:rsidTr="00B15ABF">
        <w:trPr>
          <w:trHeight w:hRule="exact"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79D3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7BD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25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23A9B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D72DB3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1B7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617ECE10" w14:textId="3E61121C" w:rsidR="00260D1C" w:rsidRDefault="00873CA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cs/>
          <w:lang w:bidi="th-TH"/>
        </w:rPr>
        <w:lastRenderedPageBreak/>
        <w:t>-</w:t>
      </w:r>
      <w:r w:rsidR="00000000" w:rsidRPr="00E9269F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t>3-</w:t>
      </w:r>
      <w:r w:rsidR="00000000" w:rsidRPr="00E9269F">
        <w:rPr>
          <w:rFonts w:ascii="TH SarabunPSK" w:hAnsi="TH SarabunPSK" w:cs="TH SarabunPSK"/>
          <w:sz w:val="32"/>
          <w:szCs w:val="32"/>
        </w:rPr>
        <w:br/>
      </w:r>
      <w:r w:rsidR="00000000"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ข้อมูลสถานที่รอรับคนโดยสาร (</w:t>
      </w:r>
      <w:proofErr w:type="spellStart"/>
      <w:r w:rsidR="00000000"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วิน</w:t>
      </w:r>
      <w:proofErr w:type="spellEnd"/>
      <w:r w:rsidR="00000000"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) และการออกใบรับรองรถจักรยานยนต์สาธารณะ ในเขตกรุงเทพมหานคร ประจำ</w:t>
      </w:r>
      <w:r w:rsidR="00000000"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ปีงบประมาณ </w:t>
      </w:r>
      <w:proofErr w:type="spellStart"/>
      <w:r w:rsidR="00000000"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พ.ศ</w:t>
      </w:r>
      <w:proofErr w:type="spellEnd"/>
      <w:r w:rsidR="00000000"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. 256</w:t>
      </w:r>
      <w:r w:rsidR="00B15AB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9</w:t>
      </w:r>
      <w:r w:rsidR="00000000"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 สำนักงานเขตป้อมปราบศัตรูพ่าย </w:t>
      </w:r>
      <w:r w:rsidR="00000000" w:rsidRPr="00E9269F">
        <w:rPr>
          <w:rFonts w:ascii="TH SarabunPSK" w:hAnsi="TH SarabunPSK" w:cs="TH SarabunPSK"/>
          <w:sz w:val="32"/>
          <w:szCs w:val="32"/>
        </w:rPr>
        <w:br/>
      </w:r>
      <w:r w:rsidR="00000000" w:rsidRPr="00E9269F">
        <w:rPr>
          <w:rFonts w:ascii="TH SarabunPSK" w:eastAsia="TH SarabunPSK" w:hAnsi="TH SarabunPSK" w:cs="TH SarabunPSK"/>
          <w:b/>
          <w:bCs/>
          <w:color w:val="000000"/>
          <w:spacing w:val="1"/>
          <w:sz w:val="32"/>
          <w:szCs w:val="32"/>
        </w:rPr>
        <w:t>เดือนพฤศจิกายน 2568</w:t>
      </w:r>
      <w:r w:rsidR="00000000" w:rsidRPr="00E9269F">
        <w:rPr>
          <w:rFonts w:ascii="TH SarabunPSK" w:hAnsi="TH SarabunPSK" w:cs="TH SarabunPSK"/>
          <w:sz w:val="32"/>
          <w:szCs w:val="32"/>
        </w:rPr>
        <w:t xml:space="preserve"> </w:t>
      </w:r>
    </w:p>
    <w:p w14:paraId="7BA83241" w14:textId="77777777" w:rsidR="00664A22" w:rsidRPr="00E9269F" w:rsidRDefault="00664A22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 w:hint="cs"/>
          <w:sz w:val="32"/>
          <w:szCs w:val="32"/>
          <w:lang w:bidi="th-TH"/>
        </w:rPr>
      </w:pPr>
    </w:p>
    <w:tbl>
      <w:tblPr>
        <w:tblW w:w="10488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32"/>
      </w:tblGrid>
      <w:tr w:rsidR="00260D1C" w:rsidRPr="00E9269F" w14:paraId="755D5B23" w14:textId="77777777" w:rsidTr="00B15ABF">
        <w:trPr>
          <w:trHeight w:hRule="exact" w:val="736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8B4307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B48B0B" w14:textId="1CC88FA9" w:rsidR="00260D1C" w:rsidRPr="00E9269F" w:rsidRDefault="00664A22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43392" behindDoc="1" locked="0" layoutInCell="1" allowOverlap="1" wp14:anchorId="1075D831" wp14:editId="6D17D950">
                      <wp:simplePos x="0" y="0"/>
                      <wp:positionH relativeFrom="page">
                        <wp:posOffset>-448945</wp:posOffset>
                      </wp:positionH>
                      <wp:positionV relativeFrom="page">
                        <wp:posOffset>3175</wp:posOffset>
                      </wp:positionV>
                      <wp:extent cx="6643370" cy="70167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43370" cy="701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BE8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91F36" id="Text Box 3" o:spid="_x0000_s1026" type="#_x0000_t202" style="position:absolute;margin-left:-35.35pt;margin-top:.25pt;width:523.1pt;height:55.25pt;z-index:-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" fillcolor="#f9be8f" stroked="f">
                      <o:lock v:ext="edit" aspectratio="t"/>
                      <v:textbox inset="0,0,0,0"/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</w:t>
            </w:r>
            <w:proofErr w:type="spellEnd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วิน</w:t>
            </w:r>
            <w:proofErr w:type="spellEnd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)</w:t>
            </w:r>
            <w:r w:rsidR="00000000"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46EC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BF9487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3D042988" w14:textId="77777777" w:rsidTr="00B15ABF">
        <w:trPr>
          <w:trHeight w:hRule="exact" w:val="372"/>
        </w:trPr>
        <w:tc>
          <w:tcPr>
            <w:tcW w:w="70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97E351E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9C88C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DD04F94" w14:textId="7E9CE364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89A6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AB5016A" w14:textId="63CC763A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6690F34C" w14:textId="77777777" w:rsidTr="00B15ABF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A211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38122" w14:textId="33A37961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โบ๊เบ๊</w:t>
            </w:r>
            <w:proofErr w:type="spellEnd"/>
            <w:r w:rsidR="00183D4E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สะพาน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 xml:space="preserve"> 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3CDEE2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E35870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B3C3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B1577F3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D2A01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54B1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ปากซอยเจ้าคำรพ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3313D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8C44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324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FC9C70B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A7607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CC8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แยกแปลงนาม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1354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9004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012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C0C61EC" w14:textId="77777777" w:rsidTr="00B15ABF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5D3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DC97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หน้าตลาดวรจักร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2A5E2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10187E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6B4A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39AC8C4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5880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15B7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ปากตรอกมะขาม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EE26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655CF3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A5BA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4D3B353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502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7BA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ปากซอยนาคราช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A5C60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4E29D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25A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084F1A4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3649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88101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ปากซอยพระแก้ว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3DD09A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1C855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C0AB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CAFDB98" w14:textId="77777777" w:rsidTr="00B15ABF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6F98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F2E1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868335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086B4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A886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B5D78D9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8199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A27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ปากซอยกรุ%งแมน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EA44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650E7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C011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8E5A769" w14:textId="77777777" w:rsidTr="00B15ABF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20BA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B5D20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ปากซอยวัดสิตาราม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D46E7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41F8FA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5C4A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479C80E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544D3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2602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ปากซอยสวนมะลิ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FCF0AE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4E271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BE19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1B6B27C" w14:textId="77777777" w:rsidTr="00B15ABF">
        <w:trPr>
          <w:trHeight w:hRule="exact" w:val="376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C7A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260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หน้าศาลเจ้ากวนอิมเบี้ย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59E93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9EE1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2D2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6A3CC79" w14:textId="77777777" w:rsidTr="00B15ABF">
        <w:trPr>
          <w:trHeight w:hRule="exact" w:val="3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A35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67C9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ปากซอยคลองถมวัดโสมนัส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5B71A3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760DB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82B5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D16FE22" w14:textId="77777777" w:rsidTr="00B15ABF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E821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52CE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ปากซอยศรีธรรมาธิราช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BC3602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4CDC5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DA8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93A3F70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02E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5B22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หน้าโรงเรียนวัดสระเกศ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EB07C7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3A332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15F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F374B82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081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5C5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หน้านกน้อยคาเฟ่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8F0A75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4FD34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900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7AE736B" w14:textId="77777777" w:rsidTr="00B15ABF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890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568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ถ.มิตรสัมพันธ์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39FACB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FB0BDC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6DF7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F900B06" w14:textId="77777777" w:rsidTr="00B15ABF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8EC6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5CBA5" w14:textId="4D077014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</w:t>
            </w:r>
            <w:r w:rsidR="00183D4E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สะพาน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 xml:space="preserve"> 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07259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D5C9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4C6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A9AF160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395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E5C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ปากซอยบ้านบาตร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86C7B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C19E9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D09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41D959F" w14:textId="77777777" w:rsidTr="00B15ABF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AAA5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4D9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สาขามิตรพันธ์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A2B85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D87DF3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B1E7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861D6B1" w14:textId="77777777" w:rsidTr="00B15ABF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1EA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A37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ปากซอยเฉลิมเขต 4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37397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48082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E4D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83AA169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760E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AD84B" w14:textId="31639EFC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ปากซอยนาคบำรุง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18B06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53537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0347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DBF3248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F18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FB58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หน้าโรงพยาบาลกลาง ตึกอุบัติเหตุ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93868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79CF9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54B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445F871" w14:textId="77777777" w:rsidTr="00B15ABF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8EE7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02950" w14:textId="33A9EA26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ซอยยมราชสุขุม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49DA7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F39216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C25BB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1417766" w14:textId="77777777" w:rsidTr="00B15ABF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8C2E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A903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ปากซอยหม่อมเชื่อม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BBFFA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34A6F0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9201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2A7D731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E50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26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3A23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หน้าวัดพระพิเรนทร์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133C7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7CC5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48E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7A6E091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768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27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FB0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หน้าเค เอฟ ซี คลองถม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6A2BE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6FF7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D06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471D3AA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1BE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28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5BAD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สน.นางเลิ้ง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F0EC15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1C3FF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F79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D6270AD" w14:textId="77777777" w:rsidTr="00B15ABF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D1F9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7F2A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หน้าโรงแรมรอยัลปริ๊นเซส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DD5B73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E236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C33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BA097FA" w14:textId="77777777" w:rsidTr="00B15ABF">
        <w:trPr>
          <w:trHeight w:hRule="exact" w:val="33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98F7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284C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หน้าสวนหย่อมกรมโยธา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BD96E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851C02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457B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7AF3128F" w14:textId="77777777" w:rsidR="00260D1C" w:rsidRPr="00E9269F" w:rsidRDefault="00260D1C" w:rsidP="00B01FC8">
      <w:pPr>
        <w:autoSpaceDE w:val="0"/>
        <w:autoSpaceDN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1BE664" w14:textId="77777777" w:rsidR="00260D1C" w:rsidRPr="00E9269F" w:rsidRDefault="00260D1C" w:rsidP="00B01FC8">
      <w:pPr>
        <w:spacing w:after="0" w:line="240" w:lineRule="auto"/>
        <w:rPr>
          <w:rFonts w:ascii="TH SarabunPSK" w:hAnsi="TH SarabunPSK" w:cs="TH SarabunPSK"/>
          <w:sz w:val="32"/>
          <w:szCs w:val="32"/>
        </w:rPr>
        <w:sectPr w:rsidR="00260D1C" w:rsidRPr="00E9269F">
          <w:pgSz w:w="11906" w:h="16838"/>
          <w:pgMar w:top="924" w:right="820" w:bottom="1440" w:left="700" w:header="720" w:footer="720" w:gutter="0"/>
          <w:cols w:space="720" w:equalWidth="0">
            <w:col w:w="10386" w:space="0"/>
          </w:cols>
          <w:docGrid w:linePitch="360"/>
        </w:sectPr>
      </w:pPr>
    </w:p>
    <w:p w14:paraId="62D210CF" w14:textId="77777777" w:rsidR="00873CA0" w:rsidRDefault="00000000" w:rsidP="00B01FC8">
      <w:pPr>
        <w:autoSpaceDE w:val="0"/>
        <w:autoSpaceDN w:val="0"/>
        <w:spacing w:after="0" w:line="240" w:lineRule="auto"/>
        <w:ind w:right="4990"/>
        <w:jc w:val="right"/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lang w:bidi="th-TH"/>
        </w:rPr>
      </w:pPr>
      <w:r w:rsidRPr="00E9269F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lastRenderedPageBreak/>
        <w:t>-4-</w:t>
      </w: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57A035AA" w14:textId="77777777" w:rsidTr="00183D4E">
        <w:trPr>
          <w:trHeight w:hRule="exact" w:val="734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CEDE62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DA3203D" w14:textId="1A06314D" w:rsidR="00260D1C" w:rsidRPr="00E9269F" w:rsidRDefault="00873CA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48512" behindDoc="1" locked="0" layoutInCell="1" allowOverlap="1" wp14:anchorId="7F8751E5" wp14:editId="4754FF59">
                      <wp:simplePos x="0" y="0"/>
                      <wp:positionH relativeFrom="page">
                        <wp:posOffset>-448945</wp:posOffset>
                      </wp:positionH>
                      <wp:positionV relativeFrom="page">
                        <wp:posOffset>6985</wp:posOffset>
                      </wp:positionV>
                      <wp:extent cx="6643370" cy="70040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43370" cy="700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BE8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9A359" id="Text Box 4" o:spid="_x0000_s1026" type="#_x0000_t202" style="position:absolute;margin-left:-35.35pt;margin-top:.55pt;width:523.1pt;height:55.1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" fillcolor="#f9be8f" stroked="f">
                      <o:lock v:ext="edit" aspectratio="t"/>
                      <v:textbox inset="0,0,0,0"/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</w:t>
            </w:r>
            <w:proofErr w:type="spellEnd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วิน</w:t>
            </w:r>
            <w:proofErr w:type="spellEnd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)</w:t>
            </w:r>
            <w:r w:rsidR="00000000"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618953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821E6C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64611C14" w14:textId="77777777" w:rsidTr="00183D4E">
        <w:trPr>
          <w:trHeight w:hRule="exact" w:val="37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37A9E1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7CDE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371A6F4" w14:textId="5A23EE13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1EA4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48D1B66" w14:textId="2F71466A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2BD574CA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F07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42AD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E9269F">
              <w:rPr>
                <w:rFonts w:ascii="TH SarabunPSK" w:eastAsia="TH SarabunPSK" w:hAnsi="TH SarabunPSK" w:cs="TH SarabunPSK"/>
                <w:color w:val="000000"/>
                <w:spacing w:val="-1"/>
                <w:sz w:val="32"/>
                <w:szCs w:val="32"/>
              </w:rPr>
              <w:t xml:space="preserve">ปากซอยตลาดแม้นศรี </w:t>
            </w:r>
            <w:r w:rsidRPr="00E92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</w:t>
            </w:r>
            <w:proofErr w:type="gram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2D132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644F28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9B8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99F5F2A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E2AF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25D4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ถนนพะเนียง (ฝั่งวัดโสมนัส)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F1650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4BE920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F48B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101EAD2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296A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9D6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ข้างวัดมังกรกมลาวาส ถ.เจริญกรุง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6259C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040CD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D953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F371DB9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A48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F9B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หน้าเซเว่น เฉลิมเขต2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B6044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35691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D95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390A7A0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C31C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E649A" w14:textId="516F9CC1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แยกเสือป่า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B6427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72077F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81DE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7CE532B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B64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D89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ถนนกะออมตัดถนนนครสวรรค์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5882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A485D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F29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DAD6A05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59671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415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ปากทางที่จอดรถเฉลิมนคร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C3E227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6BC10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4556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CF76381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9299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D75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หน้าโรงเรียนพลับพลาไชย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6AA1B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6E6B5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D45B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2DDB8A7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11B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70AE0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ปากซอยศูนย์การค้าวรจักร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FD18C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040BE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A92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DF6153B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1A15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7EC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แยกถนนพะเนียง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B6694C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967776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D93A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61FFC4C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94EA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C1F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ถนนดำรงรักษ์ตัดกรุงเกษม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F9F9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ED57D3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3242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4BB613E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EE9A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71AD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ชุมชนวัดโสมนัส ซอย 1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2CD7C2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20BA0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DCB4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E4CCFD1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E5F3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6A23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ตรงข้ามทางขึ้นลงโบ๊เบ๊สะพาน 3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5E9A91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007B48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5D0E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6505A60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D55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346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ซอยสวนมะลิ 1 หลังวัดดิสา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68B6F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E4BED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12B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2D5E44D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7D7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FBC5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หน้าโรงเรียนวัดเทพศิรินทร์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5EA71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136E4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79EF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6A50AED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438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7D7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ข้างโรงพิมพ์ซิงเสียนเยอะเป้า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A2A84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1E84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88B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4243CBF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114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548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ปากซอยยศเส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1232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92AF27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3A6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C535119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B30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7F7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ข้างโรงพยาบาลกลาง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C6263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8B0E3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E85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7768C87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5AFA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FD3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หน้าธนาคารกรุงเทพ สาขามหานาค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57D639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661BAC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7E70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8F94CE0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9C5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C2B4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สาขาเสือป่า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3E5F82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6E899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195B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E1DC8CD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6D4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432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ซอยโรงไม้ (ภูเขาทอง)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01FB8A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BFAAD6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A91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3A22114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D63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17A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หน้าอาคารศรีวรจักร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67BD41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849D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19A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AEBD1BC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DBCE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6A8E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ข้างโรงพยาบาลหัวเฉียว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D0B927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FFDED0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B79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A8BCCFF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9D0D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CD2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หน้าชุมชนวัดโสมนัส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098D86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2B3D66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594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4849650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4443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62D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ถนนไมตรีจิตต์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A7EA4A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77EF2B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2D0E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939FA7E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7730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547F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1"/>
                <w:sz w:val="32"/>
                <w:szCs w:val="32"/>
              </w:rPr>
              <w:t>ปากซอยพระยามหาอำมาตย์!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4B2E92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A7B78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812E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2D80536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B6D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C08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บ้านบาตร เมรุปูน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0AA70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B331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6B3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8550E2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CAAC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407D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3"/>
                <w:sz w:val="32"/>
                <w:szCs w:val="32"/>
              </w:rPr>
              <w:t>ชุมชนดำรงค์รักษ์ (วินกองทุนชุมชนดำรงรักษ์</w:t>
            </w: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109E64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3D46FD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24A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78172E4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CE50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A88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แยกเทวกรรม ข้างโรงรับจำนำ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F1F3A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E1DF9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BEC9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39EDBA4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17A9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8733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ปากซอยมหาจักร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1974D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A3AD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2A2D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B00A0BA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CF6E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7B0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ถนนศุภมิตรตัดกรุงเกษม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AC1F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95392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2F2DE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CFD9F6D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2E7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68B5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ปากซอยหลานหลวง 10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61CED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EC7F17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679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E213A16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9DC6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96A6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ซอย 9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DA2FA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0825C3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9D5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89A300F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E57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41E09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15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5117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3F421C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BF7F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C06E93F" w14:textId="77777777" w:rsidTr="00183D4E">
        <w:trPr>
          <w:trHeight w:hRule="exact"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28E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A44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25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781B0A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562B7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B87D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58041B30" w14:textId="77777777" w:rsidR="00873CA0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lang w:bidi="th-TH"/>
        </w:rPr>
      </w:pPr>
      <w:r w:rsidRPr="00E9269F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t>-5-</w:t>
      </w:r>
    </w:p>
    <w:p w14:paraId="33016947" w14:textId="77777777" w:rsidR="00873CA0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E9269F">
        <w:rPr>
          <w:rFonts w:ascii="TH SarabunPSK" w:hAnsi="TH SarabunPSK" w:cs="TH SarabunPSK"/>
          <w:sz w:val="32"/>
          <w:szCs w:val="32"/>
        </w:rPr>
        <w:lastRenderedPageBreak/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ข้อมูลสถานที่รอรับคนโดยสาร (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วิน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) และการออกใบรับรองรถจักรยานยนต์สาธารณะ ในเขตกรุงเทพมหานคร ประจำ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ปีงบประมาณ 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พ.ศ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. 256</w:t>
      </w:r>
      <w:r w:rsidR="00183D4E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9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 สำนักงานเขตป้อมปราบศัตรูพ่าย </w:t>
      </w:r>
      <w:r w:rsidRPr="00E9269F">
        <w:rPr>
          <w:rFonts w:ascii="TH SarabunPSK" w:hAnsi="TH SarabunPSK" w:cs="TH SarabunPSK"/>
          <w:sz w:val="32"/>
          <w:szCs w:val="32"/>
        </w:rPr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3"/>
          <w:sz w:val="32"/>
          <w:szCs w:val="32"/>
        </w:rPr>
        <w:t>เดือนธันวาคม 2568</w:t>
      </w:r>
      <w:r w:rsidRPr="00E9269F">
        <w:rPr>
          <w:rFonts w:ascii="TH SarabunPSK" w:hAnsi="TH SarabunPSK" w:cs="TH SarabunPSK"/>
          <w:sz w:val="32"/>
          <w:szCs w:val="32"/>
        </w:rPr>
        <w:t xml:space="preserve"> </w:t>
      </w:r>
    </w:p>
    <w:p w14:paraId="60B3B07E" w14:textId="3093D93B" w:rsidR="00260D1C" w:rsidRPr="00E9269F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57E1B8B" wp14:editId="01F3970A">
                <wp:simplePos x="0" y="0"/>
                <wp:positionH relativeFrom="page">
                  <wp:posOffset>449580</wp:posOffset>
                </wp:positionH>
                <wp:positionV relativeFrom="page">
                  <wp:posOffset>1959610</wp:posOffset>
                </wp:positionV>
                <wp:extent cx="6643370" cy="702309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3370" cy="702309"/>
                        </a:xfrm>
                        <a:prstGeom prst="rect">
                          <a:avLst/>
                        </a:prstGeom>
                        <a:solidFill>
                          <a:srgbClr val="F9BE8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w14:anchorId="1521F6C2" id="Text Box 5" o:spid="_x0000_s1026" type="#_x0000_t202" style="position:absolute;margin-left:35.4pt;margin-top:154.3pt;width:523.1pt;height:55.3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" fillcolor="#f9be8f" stroked="f">
                <o:lock v:ext="edit" aspectratio="t"/>
                <v:textbox inset="0,0,0,0"/>
                <w10:wrap anchorx="page" anchory="page"/>
              </v:shape>
            </w:pict>
          </mc:Fallback>
        </mc:AlternateContent>
      </w:r>
    </w:p>
    <w:tbl>
      <w:tblPr>
        <w:tblW w:w="10488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32"/>
      </w:tblGrid>
      <w:tr w:rsidR="00260D1C" w:rsidRPr="00E9269F" w14:paraId="2B150B1A" w14:textId="77777777" w:rsidTr="00183D4E">
        <w:trPr>
          <w:trHeight w:hRule="exact" w:val="736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886B1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2558D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 (วิน)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721E1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9D4FD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44EAECDF" w14:textId="77777777" w:rsidTr="00183D4E">
        <w:trPr>
          <w:trHeight w:hRule="exact" w:val="372"/>
        </w:trPr>
        <w:tc>
          <w:tcPr>
            <w:tcW w:w="70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157A6D4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AA810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C94616A" w14:textId="17E445C2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369EB9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7EB4CE" w14:textId="2B54DCA6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4ECC5661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8DFD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0E37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โบ๊5เบ๊5สะพาน 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39311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1795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D58E9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12D5946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A961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BC0F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ปากซอยเจ้าคำรพ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325FBA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333F3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530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7E7C58C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6AC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4445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แยกแปลงนาม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54EFD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26871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D93C3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1EDA95B" w14:textId="77777777" w:rsidTr="00183D4E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275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75A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หน้าตลาดวรจักร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582C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EBAEA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2803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CFFF3D5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6C6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1952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ปากตรอกมะขาม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C4492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DA79B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AA24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F416954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9DF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AFE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ปากซอยนาคราช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51A33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93D70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FEE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1B5A24E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729E1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8E6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ปากซอยพระแก้ว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2365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3FAE61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5A49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EA034D3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060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178AE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337811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5F9D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E05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B4042D5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76F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9BE2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ปากซอยกรุ%งแมน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D70C97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EDB8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C2E1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030E581" w14:textId="77777777" w:rsidTr="00183D4E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0A5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D9662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ปากซอยวัดสิตาราม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30AC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04360E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A57A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BD1D680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13ED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366D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ปากซอยสวนมะลิ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8FCFF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CD731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949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E1A5DAD" w14:textId="77777777" w:rsidTr="00183D4E">
        <w:trPr>
          <w:trHeight w:hRule="exact" w:val="376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EBD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5B8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หน้าศาลเจ้ากวนอิมเบี้ย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D9A493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2F6CB2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D1FD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10484C8" w14:textId="77777777" w:rsidTr="00183D4E">
        <w:trPr>
          <w:trHeight w:hRule="exact" w:val="3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8C4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1E9D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ปากซอยคลองถมวัดโสมนัส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ED4D6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6469C5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97A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72F14C3" w14:textId="77777777" w:rsidTr="00183D4E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6AC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CF44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ปากซอยศรีธรรมาธิราช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934DF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638E5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580E7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6DF72CF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C65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F495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หน้าโรงเรียนวัดสระเกศ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7DD7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C94F0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E9F81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E1B3922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42A9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3CA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หน้านกน้อยคาเฟ่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F28581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C946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445E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86D3EFC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BDB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8D9D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ถ.มิตรสัมพันธ์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B28F4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D4345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0AC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2D1F376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62FA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FC98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โบ๊5เบ๊5สะพาน 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C5222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6040FD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E00F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A329934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5E9A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0B7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ปากซอยบ้านบาตร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BE3612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D13184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7CA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8694675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2C165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2C9A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สาขามิตรพันธ์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8DEB34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91948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CA5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DD01FDE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C0BD9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6F1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ปากซอยเฉลิมเขต 4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0EDB14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9B7BAA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F7C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5E35884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33A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D8DD8" w14:textId="71A1967B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ปากซอยนาคบำรุง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BF7A2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61AA0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9A3B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766224B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7869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3F3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หน้าโรงพยาบาลกลาง ตึกอุบัติเหตุ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2248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4060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EFF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F6DB66B" w14:textId="77777777" w:rsidTr="00183D4E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E844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6509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ปากซอยยมราชสุ%ขุ%ม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82C792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D30D4F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5DA1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1529620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C1A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A22A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ปากซอยหม่อมเชื่อม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0491F6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45800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4CE0A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E9515B4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55F2F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26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7919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หน้าวัดพระพิเรนทร์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E78A1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4C731B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BD4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51C1448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E8A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27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D4C5E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หน้าเค เอฟ ซี คลองถม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4B9B3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17863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3D8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2B58C49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2D7D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28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E0F3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สน.นางเลิ้ง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F7B9E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4844FC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597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44CAB61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3BEF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50BE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หน้าโรงแรมรอยัลปริ๊นเซส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3AFC3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E21D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4F4B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6A24B6A" w14:textId="77777777" w:rsidTr="00183D4E">
        <w:trPr>
          <w:trHeight w:hRule="exact" w:val="33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78A2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5C7CF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หน้าสวนหย่อมกรมโยธา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8331EC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C303B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668E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7B340D07" w14:textId="77777777" w:rsidR="00260D1C" w:rsidRPr="00E9269F" w:rsidRDefault="00260D1C" w:rsidP="00B01FC8">
      <w:pPr>
        <w:autoSpaceDE w:val="0"/>
        <w:autoSpaceDN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BCF2CA" w14:textId="77777777" w:rsidR="00373667" w:rsidRDefault="00373667" w:rsidP="00B01FC8">
      <w:pPr>
        <w:autoSpaceDE w:val="0"/>
        <w:autoSpaceDN w:val="0"/>
        <w:spacing w:after="0" w:line="240" w:lineRule="auto"/>
        <w:ind w:right="4990"/>
        <w:jc w:val="right"/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lang w:bidi="th-TH"/>
        </w:rPr>
      </w:pPr>
    </w:p>
    <w:p w14:paraId="5F863919" w14:textId="4C1B8D37" w:rsidR="00260D1C" w:rsidRPr="00E9269F" w:rsidRDefault="00000000" w:rsidP="00B01FC8">
      <w:pPr>
        <w:autoSpaceDE w:val="0"/>
        <w:autoSpaceDN w:val="0"/>
        <w:spacing w:after="0" w:line="240" w:lineRule="auto"/>
        <w:ind w:right="4990"/>
        <w:jc w:val="right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lastRenderedPageBreak/>
        <w:t>-6-</w:t>
      </w: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30843260" w14:textId="77777777" w:rsidTr="00183D4E">
        <w:trPr>
          <w:trHeight w:hRule="exact" w:val="734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69B08B2" w14:textId="77777777" w:rsidR="00373667" w:rsidRDefault="00373667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</w:p>
          <w:p w14:paraId="3B495BEF" w14:textId="1C2FF371" w:rsidR="00260D1C" w:rsidRPr="00E9269F" w:rsidRDefault="00373667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6704" behindDoc="1" locked="0" layoutInCell="1" allowOverlap="1" wp14:anchorId="78F611B4" wp14:editId="4450C142">
                      <wp:simplePos x="0" y="0"/>
                      <wp:positionH relativeFrom="page">
                        <wp:posOffset>4445</wp:posOffset>
                      </wp:positionH>
                      <wp:positionV relativeFrom="page">
                        <wp:posOffset>6985</wp:posOffset>
                      </wp:positionV>
                      <wp:extent cx="6643370" cy="70040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43370" cy="700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BE8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EB9F7" id="Text Box 6" o:spid="_x0000_s1026" type="#_x0000_t202" style="position:absolute;margin-left:.35pt;margin-top:.55pt;width:523.1pt;height:55.1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" fillcolor="#f9be8f" stroked="f">
                      <o:lock v:ext="edit" aspectratio="t"/>
                      <v:textbox inset="0,0,0,0"/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="00000000"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858B03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 (วิน)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6D50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5BEB7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5C60387C" w14:textId="77777777" w:rsidTr="00183D4E">
        <w:trPr>
          <w:trHeight w:hRule="exact" w:val="37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A8D4824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91580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FF8A2B" w14:textId="532F7D0E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E6462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246C6C" w14:textId="5FDD6CEF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1C2CEE40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3D1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61522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E9269F">
              <w:rPr>
                <w:rFonts w:ascii="TH SarabunPSK" w:eastAsia="TH SarabunPSK" w:hAnsi="TH SarabunPSK" w:cs="TH SarabunPSK"/>
                <w:color w:val="000000"/>
                <w:spacing w:val="-1"/>
                <w:sz w:val="32"/>
                <w:szCs w:val="32"/>
              </w:rPr>
              <w:t xml:space="preserve">ปากซอยตลาดแม้นศรี </w:t>
            </w:r>
            <w:r w:rsidRPr="00E92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</w:t>
            </w:r>
            <w:proofErr w:type="gram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299CAF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10CE2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D3D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FEB4062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CD9C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A86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ถนนพะเนียง (ฝั่งวัดโสมนัส)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2F558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94D09F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83F21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615B6E0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1DC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3B456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ข้างวัดมังกรกมลาวาส ถ.เจริญกรุง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BE2B5E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368E9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204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49F707A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570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79E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หน้าเซเว่น เฉลิมเขต2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AAF759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83F0F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4D0A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21FD42B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AEC2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2B3D6" w14:textId="0C87DDDB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แยกเสือป่า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72A1B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57BE8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AAE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3C1A548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B39C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578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ถนนกะออมตัดถนนนครสวรรค์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87C841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BE56E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586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1D6585F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EBE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0E54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ปากทางที่จอดรถเฉลิมนคร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69E20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2125C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6229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67C8306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8E43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8ED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หน้าโรงเรียนพลับพลาไชย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C1AE3F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EA939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176B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966AA4C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BB68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A10E9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ปากซอยศูนย์การค้าวรจักร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6B867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B5FEF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8DA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10F608E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9FFE7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252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แยกถนนพะเนียง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45A4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7C7FE3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030D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52AE995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812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AE6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ถนนดำรงรักษ์ตัดกรุงเกษม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6A473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DF0D8F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023D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6434142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FDF4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4B08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ชุมชนวัดโสมนัส ซอย 1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661FA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5D97B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B4B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924BB1E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B3B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1CB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ตรงข้ามทางขึ้นลงโบ๊เบ๊สะพาน 3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FFAE93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7D295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A1F7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488FE2B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B46E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C50C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ซอยสวนมะลิ 1 หลังวัดดิสา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EC2DC7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90E3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8560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65A670C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B973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5839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หน้าโรงเรียนวัดเทพศิรินทร์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05BA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C1628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D517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B0ED0B5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FE8A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D892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ข้างโรงพิมพ์ซิงเสียนเยอะเป้า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E83EE1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650EBE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6BB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1EA7D01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97C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DC346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ปากซอยยศเส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1D2D43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02528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769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0B62301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A5D3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6D6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ข้างโรงพยาบาลกลาง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D365C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97BC93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462F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24E071C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9C5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69E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หน้าธนาคารกรุงเทพ สาขามหานาค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85717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05E670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342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694D8B6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7361D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7C3B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สาขาเสือป่า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06BD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AE330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8085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3A61B7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A6F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8AA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ซอยโรงไม้ (ภูเขาทอง)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BFB8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A1E2D1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447F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BFEF660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39B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3E0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หน้าอาคารศรีวรจักร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16233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6979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5DF7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18A4ED3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EC8C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AA00C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ข้างโรงพยาบาลหัวเฉียว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2EC44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FE99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4AD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DB88DD1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ED0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9865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หน้าชุมชนวัดโสมนัส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F3A1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A80F8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09A3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9D35E21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544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D4BBB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ถนนไมตรีจิตต์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831FD1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0C87D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1BA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A600128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EDDE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38617" w14:textId="2E99E0D3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1"/>
                <w:sz w:val="32"/>
                <w:szCs w:val="32"/>
              </w:rPr>
              <w:t>ปากซอย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1"/>
                <w:sz w:val="32"/>
                <w:szCs w:val="32"/>
              </w:rPr>
              <w:t>พระยามหาอำมาตย์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8DBE9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7963EC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4409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568449A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93C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0C2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บ้านบาตร เมรุปูน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668F4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379D2B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963B2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B5A6ACE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C7DF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96B8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3"/>
                <w:sz w:val="32"/>
                <w:szCs w:val="32"/>
              </w:rPr>
              <w:t>ชุมชนดำรงค์รักษ์ (วินกองทุนชุมชนดำรงรักษ์</w:t>
            </w: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3E40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D4EAB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A20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A31121D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05B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198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แยกเทวกรรม ข้างโรงรับจำนำ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FCE8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D6A4A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790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158C74A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90D8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D8EF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ปากซอยมหาจักร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6A18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446A6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792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B76748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252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293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ถนนศุภมิตรตัดกรุงเกษม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48B498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914AB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C139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730F157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22B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02CE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ปากซอยหลานหลวง 10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0D7985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9FB6C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C84D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BE0D267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76A2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021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ซอย 9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A43419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372CC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E4E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7957AEB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F4966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AD73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15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05F451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EAD46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36B3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5B798DF" w14:textId="77777777" w:rsidTr="00183D4E">
        <w:trPr>
          <w:trHeight w:hRule="exact"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964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25EB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25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71946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FC41E1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320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1F709A60" w14:textId="77777777" w:rsidR="00260D1C" w:rsidRPr="00E9269F" w:rsidRDefault="00260D1C" w:rsidP="00B01FC8">
      <w:pPr>
        <w:autoSpaceDE w:val="0"/>
        <w:autoSpaceDN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DF15FD" w14:textId="77777777" w:rsidR="00260D1C" w:rsidRPr="00E9269F" w:rsidRDefault="00260D1C" w:rsidP="00B01FC8">
      <w:pPr>
        <w:spacing w:after="0" w:line="240" w:lineRule="auto"/>
        <w:rPr>
          <w:rFonts w:ascii="TH SarabunPSK" w:hAnsi="TH SarabunPSK" w:cs="TH SarabunPSK"/>
          <w:sz w:val="32"/>
          <w:szCs w:val="32"/>
        </w:rPr>
        <w:sectPr w:rsidR="00260D1C" w:rsidRPr="00E9269F">
          <w:pgSz w:w="11906" w:h="16838"/>
          <w:pgMar w:top="862" w:right="818" w:bottom="990" w:left="698" w:header="720" w:footer="720" w:gutter="0"/>
          <w:cols w:space="720" w:equalWidth="0">
            <w:col w:w="10390" w:space="0"/>
          </w:cols>
          <w:docGrid w:linePitch="360"/>
        </w:sectPr>
      </w:pPr>
    </w:p>
    <w:p w14:paraId="6503A589" w14:textId="77777777" w:rsidR="00373667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lang w:bidi="th-TH"/>
        </w:rPr>
      </w:pPr>
      <w:r w:rsidRPr="00E9269F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lastRenderedPageBreak/>
        <w:t>-7-</w:t>
      </w:r>
    </w:p>
    <w:p w14:paraId="070D1433" w14:textId="77777777" w:rsidR="00373667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E9269F">
        <w:rPr>
          <w:rFonts w:ascii="TH SarabunPSK" w:hAnsi="TH SarabunPSK" w:cs="TH SarabunPSK"/>
          <w:sz w:val="32"/>
          <w:szCs w:val="32"/>
        </w:rPr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ข้อมูลสถานที่รอรับคนโดยสาร (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วิน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) และการออกใบรับรองรถจักรยานยนต์สาธารณะ ในเขตกรุงเทพมหานคร ประจำ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ปีงบประมาณ 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พ.ศ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. 256</w:t>
      </w:r>
      <w:r w:rsidR="00183D4E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9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 สำนักงานเขตป้อมปราบศัตรูพ่าย </w:t>
      </w:r>
      <w:r w:rsidRPr="00E9269F">
        <w:rPr>
          <w:rFonts w:ascii="TH SarabunPSK" w:hAnsi="TH SarabunPSK" w:cs="TH SarabunPSK"/>
          <w:sz w:val="32"/>
          <w:szCs w:val="32"/>
        </w:rPr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2"/>
          <w:sz w:val="32"/>
          <w:szCs w:val="32"/>
        </w:rPr>
        <w:t>เดือนมกราคม 2569</w:t>
      </w:r>
      <w:r w:rsidRPr="00E9269F">
        <w:rPr>
          <w:rFonts w:ascii="TH SarabunPSK" w:hAnsi="TH SarabunPSK" w:cs="TH SarabunPSK"/>
          <w:sz w:val="32"/>
          <w:szCs w:val="32"/>
        </w:rPr>
        <w:t xml:space="preserve"> </w:t>
      </w:r>
    </w:p>
    <w:p w14:paraId="325B5ED5" w14:textId="57F25754" w:rsidR="00260D1C" w:rsidRPr="00E9269F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7883EB0" wp14:editId="00D9C40D">
                <wp:simplePos x="0" y="0"/>
                <wp:positionH relativeFrom="page">
                  <wp:posOffset>449580</wp:posOffset>
                </wp:positionH>
                <wp:positionV relativeFrom="page">
                  <wp:posOffset>1959610</wp:posOffset>
                </wp:positionV>
                <wp:extent cx="6643370" cy="702309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3370" cy="702309"/>
                        </a:xfrm>
                        <a:prstGeom prst="rect">
                          <a:avLst/>
                        </a:prstGeom>
                        <a:solidFill>
                          <a:srgbClr val="F9BE8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w14:anchorId="65F807A4" id="Text Box 7" o:spid="_x0000_s1026" type="#_x0000_t202" style="position:absolute;margin-left:35.4pt;margin-top:154.3pt;width:523.1pt;height:55.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" fillcolor="#f9be8f" stroked="f">
                <o:lock v:ext="edit" aspectratio="t"/>
                <v:textbox inset="0,0,0,0"/>
                <w10:wrap anchorx="page" anchory="page"/>
              </v:shape>
            </w:pict>
          </mc:Fallback>
        </mc:AlternateContent>
      </w:r>
    </w:p>
    <w:tbl>
      <w:tblPr>
        <w:tblW w:w="10488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32"/>
      </w:tblGrid>
      <w:tr w:rsidR="00260D1C" w:rsidRPr="00E9269F" w14:paraId="597368ED" w14:textId="77777777" w:rsidTr="00183D4E">
        <w:trPr>
          <w:trHeight w:hRule="exact" w:val="736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651D5A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7DBA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 (วิน)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E5F737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EDE19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37249948" w14:textId="77777777" w:rsidTr="00183D4E">
        <w:trPr>
          <w:trHeight w:hRule="exact" w:val="372"/>
        </w:trPr>
        <w:tc>
          <w:tcPr>
            <w:tcW w:w="70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B8D3346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2F4E2D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7AF26D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5723D6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AA997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6B61835B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92BF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836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โบ๊5เบ๊5สะพาน 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81B97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810D4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80D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8ADF326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92E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102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ปากซอยเจ้าคำรพ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A8473D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5D00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9494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283AA13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5F36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6FD1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แยกแปลงนาม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0883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3B2094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BB8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8CA973E" w14:textId="77777777" w:rsidTr="00183D4E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0853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3E0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หน้าตลาดวรจักร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ED632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024AE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14BE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7390A09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8FE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F85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ปากตรอกมะขาม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BE5FC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25EE8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CEC1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D35837D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2EE9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C7B8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ปากซอยนาคราช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50F0E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AE33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CE83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E934D46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20F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5B6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ปากซอยพระแก้ว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F0F4B3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8C57A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449E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E986D73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85F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27F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4900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7A56C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55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ABE768A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BCD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42E4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ปากซอยกรุ%งแมน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FA1352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681430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55B5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8C40F94" w14:textId="77777777" w:rsidTr="00183D4E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68D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F4F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ปากซอยวัดสิตาราม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3CE5D4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DE4B6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EC47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C1927F3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66E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5DE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ปากซอยสวนมะลิ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4069F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25F0D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5924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891881F" w14:textId="77777777" w:rsidTr="00183D4E">
        <w:trPr>
          <w:trHeight w:hRule="exact" w:val="376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E68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82E6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หน้าศาลเจ้ากวนอิมเบี้ย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00A32C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24A45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840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C22E724" w14:textId="77777777" w:rsidTr="00183D4E">
        <w:trPr>
          <w:trHeight w:hRule="exact" w:val="3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FC3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7BF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ปากซอยคลองถมวัดโสมนัส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9585F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E5F7F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F32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1867BE0" w14:textId="77777777" w:rsidTr="00183D4E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A31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801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ปากซอยศรีธรรมาธิราช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3841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2548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546A7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258BA1E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B366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7251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หน้าโรงเรียนวัดสระเกศ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39E23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D0EC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979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ACF5ACE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8C49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B082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หน้านกน้อยคาเฟ่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04DA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92BE1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831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0A69566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DB4D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732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ถ.มิตรสัมพันธ์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FAAB6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2249E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79E7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34F3D8A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E1A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280F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โบ๊5เบ๊5สะพาน 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1EB6C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FBA278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C2A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511BDFA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8C4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8506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ปากซอยบ้านบาตร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504AD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053FD6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2C8C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E962713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1F2C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B25F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สาขามิตรพันธ์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BAC49A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B9151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6BA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102AAA9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5AB8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2AA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ปากซอยเฉลิมเขต 4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DFDCA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47187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21F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E81CA4D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A08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BB747" w14:textId="6E3A4ADE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ปากซอยนาคบำรุง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9B2D6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DA6B8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5ABFE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BF5F945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3AD8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804A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หน้าโรงพยาบาลกลาง ตึกอุบัติเหตุ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F721E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DDD883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EACB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399A341" w14:textId="77777777" w:rsidTr="00183D4E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8BCC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24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E3F83" w14:textId="23F8C541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ซอยยมราชสุขุม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27740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F946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4B0A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5D6A7CD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8AB0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566F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ปากซอยหม่อมเชื่อม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E2CA3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8FB3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799D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AEC075C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0284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26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53C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หน้าวัดพระพิเรนทร์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91E85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F0E5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526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359FDA1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319A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27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C159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หน้าเค เอฟ ซี คลองถม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B496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80053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2AD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67DDEB6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3FC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28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F34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สน.นางเลิ้ง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41461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CEE4F9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F00C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7551FE7" w14:textId="77777777" w:rsidTr="00183D4E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5AEB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29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D01C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หน้าโรงแรมรอยัลปริ๊นเซส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F59A12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8762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BB25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1D3168F" w14:textId="77777777" w:rsidTr="00183D4E">
        <w:trPr>
          <w:trHeight w:hRule="exact" w:val="33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59D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B093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หน้าสวนหย่อมกรมโยธา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87E066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C7B14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986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4A15682E" w14:textId="77777777" w:rsidR="00260D1C" w:rsidRPr="00E9269F" w:rsidRDefault="00260D1C" w:rsidP="00B01FC8">
      <w:pPr>
        <w:autoSpaceDE w:val="0"/>
        <w:autoSpaceDN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0A1607" w14:textId="71CA3FA5" w:rsidR="00260D1C" w:rsidRPr="00E9269F" w:rsidRDefault="00000000" w:rsidP="00B01FC8">
      <w:pPr>
        <w:autoSpaceDE w:val="0"/>
        <w:autoSpaceDN w:val="0"/>
        <w:spacing w:after="0" w:line="240" w:lineRule="auto"/>
        <w:ind w:right="4990"/>
        <w:jc w:val="right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lastRenderedPageBreak/>
        <w:t>-8-</w:t>
      </w: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4BC91931" w14:textId="77777777" w:rsidTr="00183D4E">
        <w:trPr>
          <w:trHeight w:hRule="exact" w:val="734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D0647" w14:textId="77777777" w:rsidR="00373667" w:rsidRDefault="00373667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</w:p>
          <w:p w14:paraId="2AFC0966" w14:textId="3A722909" w:rsidR="00260D1C" w:rsidRPr="00E9269F" w:rsidRDefault="00373667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64896" behindDoc="1" locked="0" layoutInCell="1" allowOverlap="1" wp14:anchorId="3D42DF98" wp14:editId="48CC655A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11209</wp:posOffset>
                      </wp:positionV>
                      <wp:extent cx="6643370" cy="701039"/>
                      <wp:effectExtent l="0" t="0" r="0" b="0"/>
                      <wp:wrapNone/>
                      <wp:docPr id="8" name="Text Box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43370" cy="7010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BE8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0" tIns="0" rIns="0" bIns="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1515DF" id="Text Box 8" o:spid="_x0000_s1026" type="#_x0000_t202" style="position:absolute;margin-left:0;margin-top:.9pt;width:523.1pt;height:55.2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" fillcolor="#f9be8f" stroked="f">
                      <o:lock v:ext="edit" aspectratio="t"/>
                      <v:textbox inset="0,0,0,0"/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="00000000"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20155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 (วิน)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86D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7D46F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08DE8A8C" w14:textId="77777777" w:rsidTr="00183D4E">
        <w:trPr>
          <w:trHeight w:hRule="exact" w:val="37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84EE1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7050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268979D" w14:textId="259084AB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8D33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E812D" w14:textId="343E48A6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70CD6607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75BF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6E2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E9269F">
              <w:rPr>
                <w:rFonts w:ascii="TH SarabunPSK" w:eastAsia="TH SarabunPSK" w:hAnsi="TH SarabunPSK" w:cs="TH SarabunPSK"/>
                <w:color w:val="000000"/>
                <w:spacing w:val="-1"/>
                <w:sz w:val="32"/>
                <w:szCs w:val="32"/>
              </w:rPr>
              <w:t xml:space="preserve">ปากซอยตลาดแม้นศรี </w:t>
            </w:r>
            <w:r w:rsidRPr="00E92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</w:t>
            </w:r>
            <w:proofErr w:type="gram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0984F5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E280F0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D62E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0BFF456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FFD4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536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ถนนพะเนียง (ฝั่งวัดโสมนัส)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466C0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F5AD6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AFE0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8F26A28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D5E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C59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ข้างวัดมังกรกมลาวาส ถ.เจริญกรุง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66651D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E5EB0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AD85C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EBA8160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DF36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83D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หน้าเซเว่น เฉลิมเขต2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A6B944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24B7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A8A5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4B5AFD9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222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6248A" w14:textId="45978379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แยกเสือป่า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81496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8D31B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2FEC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3AED397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80C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716E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ถนนกะออมตัดถนนนครสวรรค์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3B587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61B806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9DF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A5ED8D0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836A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5657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ปากทางที่จอดรถเฉลิมนคร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8593D0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86AC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209C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9EF4E4C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067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1F0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หน้าโรงเรียนพลับพลาไชย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B2434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F41A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A54F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E1EE228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9B87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128C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ปากซอยศูนย์การค้าวรจักร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87548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664C50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6DFA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8C55D2A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D706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6B5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แยกถนนพะเนียง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F4D99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F06353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3580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9CC6529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3CC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760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ถนนดำรงรักษ์ตัดกรุงเกษม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EEA3A9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AD6BF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6C036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9D2EB6A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193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101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ชุมชนวัดโสมนัส ซอย 1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300F8D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7561DA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B69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21586BF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E37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B946F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ตรงข้ามทางขึ้นลงโบ๊เบ๊สะพาน 3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1E479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52741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476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3D363BF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F20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F978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ซอยสวนมะลิ 1 หลังวัดดิสา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9E98D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8595E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351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3165B74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A66FA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533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หน้าโรงเรียนวัดเทพศิรินทร์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B702D4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863B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96891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40DB502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F1CD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C1A08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ข้างโรงพิมพ์ซิงเสียนเยอะเป้า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837EE4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4BDCD9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547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E74DEE5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E5EB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2701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ปากซอยยศเส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BE3949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4C894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3AF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012C4E0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7CE4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0965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ข้างโรงพยาบาลกลาง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2546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802F9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10D9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CE430AB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7A4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2C95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หน้าธนาคารกรุงเทพ สาขามหานาค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CC2F2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D79E0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5D1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01DB341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2BDE5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FDC8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สาขาเสือป่า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F1BF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15E6D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DE45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86DCFF8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274D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F8D1A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ซอยโรงไม้ (ภูเขาทอง)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F8FD3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BBA5B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836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1B4289C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0377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C5F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หน้าอาคารศรีวรจักร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C1C06C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3C37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134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4043DC4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6D6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62A7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ข้างโรงพยาบาลหัวเฉียว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F841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0EEA6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3DE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CBA29F6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26B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102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หน้าชุมชนวัดโสมนัส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80C49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A6856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BDBA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4A623F8" w14:textId="77777777" w:rsidTr="00183D4E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89E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26BD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ถนนไมตรีจิตต์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EEF41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B9DF53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D62DC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B056FCA" w14:textId="77777777" w:rsidTr="00183D4E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EDFA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6B5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1"/>
                <w:sz w:val="32"/>
                <w:szCs w:val="32"/>
              </w:rPr>
              <w:t>ปากซอยพระยามหาอำมาตย์!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5B253D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46878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C99FD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6B6235D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E88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B007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บ้านบาตร เมรุปูน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2AE82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BD4CA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5AFD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7579575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76D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2ED6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3"/>
                <w:sz w:val="32"/>
                <w:szCs w:val="32"/>
              </w:rPr>
              <w:t>ชุมชนดำรงค์รักษ์ (วินกองทุนชุมชนดำรงรักษ์</w:t>
            </w: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97B1EE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35E4A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9F56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7AB40F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D6F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37A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แยกเทวกรรม ข้างโรงรับจำนำ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B0045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47B773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886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B7ADE19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A933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F8BA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ปากซอยมหาจักร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92DBFF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B29497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3DD3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E121F27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751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734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ถนนศุภมิตรตัดกรุงเกษม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B702B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F0791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2CAF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5273904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213C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E8A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ปากซอยหลานหลวง 10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510263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7982B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388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12F9B22" w14:textId="77777777" w:rsidTr="00183D4E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304A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5547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ซอย 9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BD6AAC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5637C8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DF8D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A66CE23" w14:textId="77777777" w:rsidTr="00183D4E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F311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AC2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15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2BFA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7436E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41E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6810C1A" w14:textId="77777777" w:rsidTr="00183D4E">
        <w:trPr>
          <w:trHeight w:hRule="exact"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EDF1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269E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25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657A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284A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2F01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7FBA1D4E" w14:textId="77777777" w:rsidR="00260D1C" w:rsidRPr="00E9269F" w:rsidRDefault="00260D1C" w:rsidP="00B01FC8">
      <w:pPr>
        <w:autoSpaceDE w:val="0"/>
        <w:autoSpaceDN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032DB4" w14:textId="77777777" w:rsidR="00260D1C" w:rsidRPr="00E9269F" w:rsidRDefault="00260D1C" w:rsidP="00B01FC8">
      <w:pPr>
        <w:spacing w:after="0" w:line="240" w:lineRule="auto"/>
        <w:rPr>
          <w:rFonts w:ascii="TH SarabunPSK" w:hAnsi="TH SarabunPSK" w:cs="TH SarabunPSK"/>
          <w:sz w:val="32"/>
          <w:szCs w:val="32"/>
        </w:rPr>
        <w:sectPr w:rsidR="00260D1C" w:rsidRPr="00E9269F">
          <w:pgSz w:w="11906" w:h="16838"/>
          <w:pgMar w:top="862" w:right="818" w:bottom="990" w:left="698" w:header="720" w:footer="720" w:gutter="0"/>
          <w:cols w:space="720" w:equalWidth="0">
            <w:col w:w="10390" w:space="0"/>
          </w:cols>
          <w:docGrid w:linePitch="360"/>
        </w:sectPr>
      </w:pPr>
    </w:p>
    <w:p w14:paraId="5766B4E1" w14:textId="77777777" w:rsidR="00373667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eastAsia="Times New Roman" w:hAnsi="TH SarabunPSK" w:cs="TH SarabunPSK"/>
          <w:b/>
          <w:bCs/>
          <w:color w:val="000000"/>
          <w:spacing w:val="-6"/>
          <w:sz w:val="32"/>
          <w:szCs w:val="32"/>
          <w:lang w:bidi="th-TH"/>
        </w:rPr>
      </w:pPr>
      <w:r w:rsidRPr="00E9269F">
        <w:rPr>
          <w:rFonts w:ascii="TH SarabunPSK" w:eastAsia="Times New Roman" w:hAnsi="TH SarabunPSK" w:cs="TH SarabunPSK"/>
          <w:b/>
          <w:bCs/>
          <w:color w:val="000000"/>
          <w:spacing w:val="-6"/>
          <w:sz w:val="32"/>
          <w:szCs w:val="32"/>
        </w:rPr>
        <w:lastRenderedPageBreak/>
        <w:t>-9-</w:t>
      </w:r>
    </w:p>
    <w:p w14:paraId="254007BD" w14:textId="77777777" w:rsidR="00373667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eastAsia="TH SarabunPSK" w:hAnsi="TH SarabunPSK" w:cs="TH SarabunPSK"/>
          <w:b/>
          <w:bCs/>
          <w:color w:val="000000"/>
          <w:spacing w:val="2"/>
          <w:sz w:val="32"/>
          <w:szCs w:val="32"/>
          <w:lang w:bidi="th-TH"/>
        </w:rPr>
      </w:pPr>
      <w:r w:rsidRPr="00E9269F">
        <w:rPr>
          <w:rFonts w:ascii="TH SarabunPSK" w:hAnsi="TH SarabunPSK" w:cs="TH SarabunPSK"/>
          <w:sz w:val="32"/>
          <w:szCs w:val="32"/>
        </w:rPr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ข้อมูลสถานที่รอรับคนโดยสาร (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วิน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 xml:space="preserve">) และการออกใบรับรองรถจักรยานยนต์สาธารณะ ในเขตกรุงเทพมหานคร ประจำ 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ปีงบประมาณ 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พ.ศ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. 256</w:t>
      </w:r>
      <w:r w:rsidR="00822C14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9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 สำนักงานเขตป้อมปราบศัตรูพ่าย </w:t>
      </w:r>
      <w:r w:rsidRPr="00E9269F">
        <w:rPr>
          <w:rFonts w:ascii="TH SarabunPSK" w:hAnsi="TH SarabunPSK" w:cs="TH SarabunPSK"/>
          <w:sz w:val="32"/>
          <w:szCs w:val="32"/>
        </w:rPr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2"/>
          <w:sz w:val="32"/>
          <w:szCs w:val="32"/>
        </w:rPr>
        <w:t>เดือนกุมภาพันธ์ 2569</w:t>
      </w:r>
    </w:p>
    <w:p w14:paraId="6EFD094F" w14:textId="65EF60B1" w:rsidR="00260D1C" w:rsidRPr="00E9269F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3973DB1E" w14:textId="77777777" w:rsidTr="00822C14">
        <w:trPr>
          <w:trHeight w:hRule="exact" w:val="73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D7D39F2" w14:textId="77777777" w:rsidR="00373667" w:rsidRDefault="00373667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</w:p>
          <w:p w14:paraId="7C5B215E" w14:textId="36094A89" w:rsidR="00260D1C" w:rsidRPr="00E9269F" w:rsidRDefault="00373667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68992" behindDoc="1" locked="0" layoutInCell="1" allowOverlap="1" wp14:anchorId="19445983" wp14:editId="440CB1AE">
                      <wp:simplePos x="0" y="0"/>
                      <wp:positionH relativeFrom="page">
                        <wp:posOffset>22225</wp:posOffset>
                      </wp:positionH>
                      <wp:positionV relativeFrom="page">
                        <wp:posOffset>3810</wp:posOffset>
                      </wp:positionV>
                      <wp:extent cx="6643370" cy="701040"/>
                      <wp:effectExtent l="0" t="0" r="5080" b="3810"/>
                      <wp:wrapNone/>
                      <wp:docPr id="9" name="Text Box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43370" cy="701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BE8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4CD7A" id="Text Box 9" o:spid="_x0000_s1026" type="#_x0000_t202" style="position:absolute;margin-left:1.75pt;margin-top:.3pt;width:523.1pt;height:55.2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" fillcolor="#f9be8f" stroked="f">
                      <o:lock v:ext="edit" aspectratio="t"/>
                      <v:textbox inset="0,0,0,0"/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="00000000"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1C15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 (วิน)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36432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5EBFD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51A748D4" w14:textId="77777777" w:rsidTr="00822C14">
        <w:trPr>
          <w:trHeight w:hRule="exact" w:val="374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A9D23C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9F314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6452A6" w14:textId="16EBCC21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CC3801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16181A" w14:textId="6F02D34B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44C49E9D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1CD6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50A5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โบ๊5เบ๊5สะพาน 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FC5A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21778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2F59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165C0E3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5C8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94E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ปากซอยเจ้าคำรพ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9B7B1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70E213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D417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DDA35D2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5769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C36C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แยกแปลงนาม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1283F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1A03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3561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D27F936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4FC37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A37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หน้าตลาดวรจักร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4F63A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525F6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5C54A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E59BC2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05A1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D1D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ปากตรอกมะขาม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2C21F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C49F26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6375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7A52BB2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540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C3B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ปากซอยนาคราช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61ACF5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D9209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3C1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60C0A46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A0D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8A0C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ปากซอยพระแก้ว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7D490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D67CE7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775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45EF412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310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FAC8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B1A51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BAF6D7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665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F651F1A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C61C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386D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ปากซอยกรุ%งแมน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FD04B5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4E6FF2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D76C5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D580C4A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6F0E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49A3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ปากซอยวัดสิตาราม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20C46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BFB9FF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355D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6FC28D1" w14:textId="77777777" w:rsidTr="00822C14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DC6D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32E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ปากซอยสวนมะลิ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F46B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ABDE5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A2C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FC007A9" w14:textId="77777777" w:rsidTr="00822C14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69C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2FFD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หน้าศาลเจ้ากวนอิมเบี้ย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3D95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F9F0F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2D0F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142EA67" w14:textId="77777777" w:rsidTr="00822C14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F2E31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EDD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ปากซอยคลองถมวัดโสมนัส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86F9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51752A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A62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6B43282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761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EEE8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ปากซอยศรีธรรมาธิราช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A0637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13AF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87B6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FED9B49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26F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75DC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หน้าโรงเรียนวัดสระเกศ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68601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DE8346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016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3C214FA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AF0A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FD65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หน้านกน้อยคาเฟ่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EDC77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0A7C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4F357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7CFC87A" w14:textId="77777777" w:rsidTr="00822C14">
        <w:trPr>
          <w:trHeight w:hRule="exact" w:val="3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BAE7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BC9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ถ.มิตรสัมพันธ์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0254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A81F0A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A20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659E6A5" w14:textId="77777777" w:rsidTr="00822C14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AE26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18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DDAE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โบ๊5เบ๊5สะพาน 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B8290A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AF3B81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A6C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6967113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248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CC44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ปากซอยบ้านบาตร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57A56B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15D2CB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9C6A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B977BD0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7CAFB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D89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สาขามิตรพันธ์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3BDA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2385EF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121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032FB6" w14:textId="77777777" w:rsidTr="00822C14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75D0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DD3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ปากซอยเฉลิมเขต 4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13D5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BE296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28F6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1FD40FE" w14:textId="77777777" w:rsidTr="00822C14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A51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81E8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ปากซอยนาคบำรุ%ง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859222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80E41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B858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5E4C5D3" w14:textId="77777777" w:rsidTr="00822C14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2FA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995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หน้าโรงพยาบาลกลาง ตึกอุบัติเหตุ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83198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BBD13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56CC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AD217FD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60EE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5EF2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ปากซอยยมราชสุ%ขุ%ม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E3CE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8669A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053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EFF65D7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EF409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EC3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ปากซอยหม่อมเชื่อม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DD48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22DA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43C7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A9AC1B6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F291B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D04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หน้าวัดพระพิเรนทร์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E3484C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FD724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284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057B15B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663C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E51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หน้าเค เอฟ ซี คลองถม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008D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2451D6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66E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1C68C2E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BDC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AAE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สน.นางเลิ้ง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B8BCD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624E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6CF3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9AAD878" w14:textId="77777777" w:rsidTr="00822C14">
        <w:trPr>
          <w:trHeight w:hRule="exact" w:val="3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CA5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FD2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หน้าโรงแรมรอยัลปริ๊นเซส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128EF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04454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32FB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0D0FEBD" w14:textId="77777777" w:rsidTr="00822C14">
        <w:trPr>
          <w:trHeight w:hRule="exact" w:val="33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F74F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828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หน้าสวนหย่อมกรมโยธา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FC1922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0114B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2B25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0CC95C8C" w14:textId="77777777" w:rsidR="00260D1C" w:rsidRPr="00E9269F" w:rsidRDefault="00260D1C" w:rsidP="00B01FC8">
      <w:pPr>
        <w:autoSpaceDE w:val="0"/>
        <w:autoSpaceDN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70C169" w14:textId="7656D6F5" w:rsidR="00260D1C" w:rsidRPr="00E9269F" w:rsidRDefault="00000000" w:rsidP="00B01FC8">
      <w:pPr>
        <w:autoSpaceDE w:val="0"/>
        <w:autoSpaceDN w:val="0"/>
        <w:spacing w:after="0" w:line="240" w:lineRule="auto"/>
        <w:ind w:right="4854"/>
        <w:jc w:val="right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eastAsia="Times New Roman" w:hAnsi="TH SarabunPSK" w:cs="TH SarabunPSK"/>
          <w:color w:val="000000"/>
          <w:spacing w:val="-7"/>
          <w:sz w:val="32"/>
          <w:szCs w:val="32"/>
        </w:rPr>
        <w:lastRenderedPageBreak/>
        <w:t>-10-</w:t>
      </w: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67DB276F" w14:textId="77777777" w:rsidTr="00822C14">
        <w:trPr>
          <w:trHeight w:hRule="exact" w:val="734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3E145" w14:textId="77777777" w:rsidR="001D7602" w:rsidRDefault="001D7602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</w:p>
          <w:p w14:paraId="10B8ACB1" w14:textId="0BBF97EC" w:rsidR="00260D1C" w:rsidRPr="00E9269F" w:rsidRDefault="001D7602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74112" behindDoc="1" locked="0" layoutInCell="1" allowOverlap="1" wp14:anchorId="76E4D32C" wp14:editId="49CF7CDA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-4694</wp:posOffset>
                      </wp:positionV>
                      <wp:extent cx="6643370" cy="701039"/>
                      <wp:effectExtent l="0" t="0" r="0" b="0"/>
                      <wp:wrapNone/>
                      <wp:docPr id="10" name="Text Box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43370" cy="7010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BE8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0" tIns="0" rIns="0" bIns="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B9C4B6" id="Text Box 10" o:spid="_x0000_s1026" type="#_x0000_t202" style="position:absolute;margin-left:0;margin-top:-.35pt;width:523.1pt;height:55.2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" fillcolor="#f9be8f" stroked="f">
                      <o:lock v:ext="edit" aspectratio="t"/>
                      <v:textbox inset="0,0,0,0"/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="00000000"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7C5CA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 (วิน)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661E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64749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1713938E" w14:textId="77777777" w:rsidTr="00822C14">
        <w:trPr>
          <w:trHeight w:hRule="exact" w:val="37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4C429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6635E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2DE289" w14:textId="0E15115E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8588DE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4841DD" w14:textId="5947F1D4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36D2D521" w14:textId="77777777" w:rsidTr="00822C14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0610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693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E9269F">
              <w:rPr>
                <w:rFonts w:ascii="TH SarabunPSK" w:eastAsia="TH SarabunPSK" w:hAnsi="TH SarabunPSK" w:cs="TH SarabunPSK"/>
                <w:color w:val="000000"/>
                <w:spacing w:val="-1"/>
                <w:sz w:val="32"/>
                <w:szCs w:val="32"/>
              </w:rPr>
              <w:t xml:space="preserve">ปากซอยตลาดแม้นศรี </w:t>
            </w:r>
            <w:r w:rsidRPr="00E92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</w:t>
            </w:r>
            <w:proofErr w:type="gram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A2D90F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11F431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D069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3A2C70C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725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8EFF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ถนนพะเนียง (ฝั่งวัดโสมนัส)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1CB4D7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F67D3E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9208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C9B8737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ADA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FEA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ข้างวัดมังกรกมลาวาส ถ.เจริญกรุง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FAAA9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462C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20AD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98734C1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F2B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F553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หน้าเซเว่น เฉลิมเขต2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85154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8EB0D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2223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7DB51A1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FA05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7D7DD" w14:textId="5FEF3B38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แยกเสือป่า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EE12F7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FE6137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66B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5B829BB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787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21BD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ถนนกะออมตัดถนนนครสวรรค์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AA2BB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FEDF70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A88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6A9B249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5A1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B3AE6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ปากทางที่จอดรถเฉลิมนคร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35D1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BB84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A36E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621D676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956F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AF1C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หน้าโรงเรียนพลับพลาไชย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11AAF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7DD91E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389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7178C38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2D74A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070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ปากซอยศูนย์การค้าวรจักร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23B40F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638116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190A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57CD0E1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B1E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1F4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แยกถนนพะเนียง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19FFE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EF784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5305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3FAA124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65F5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8BA85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ถนนดำรงรักษ์ตัดกรุงเกษม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2C660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F6A7C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30D8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55A0C71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4CC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25B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ชุมชนวัดโสมนัส ซอย 1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12097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A5A6B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65BB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661F944" w14:textId="77777777" w:rsidTr="00822C14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C406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F012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ตรงข้ามทางขึ้นลงโบ๊เบ๊สะพาน 3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2BD658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EBE2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9496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BC9854B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A4816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5A5E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ซอยสวนมะลิ 1 หลังวัดดิสา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BBA7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60D266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6647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893C46F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B7A8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805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หน้าโรงเรียนวัดเทพศิรินทร์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DB545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E2E85E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4176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FA384BB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3984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5163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ข้างโรงพิมพ์ซิงเสียนเยอะเป้า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840ECB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C68BB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BA84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F8FB337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27EB1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721C6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ปากซอยยศเส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B7A5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4E7D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281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91C1E6B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B06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9B9B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ข้างโรงพยาบาลกลาง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772F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E55B4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4F9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DB50FC5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7D94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7033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หน้าธนาคารกรุงเทพ สาขามหานาค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872EB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BC593F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A51E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8FDE7CB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AAD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ED06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สาขาเสือป่า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66F17D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EF2E4C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EA2F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0EE2944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B234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E75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ซอยโรงไม้ (ภูเขาทอง)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E461F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32708A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4639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574BD0C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20E7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2A3C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หน้าอาคารศรีวรจักร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9B114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79E50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53F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81D6358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855C9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EB20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ข้างโรงพยาบาลหัวเฉียว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5416D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0CB3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E13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21F276F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8F9C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2A30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หน้าชุมชนวัดโสมนัส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C0520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BC3849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22C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52DD9D0" w14:textId="77777777" w:rsidTr="00822C14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8BDF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BA0B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ถนนไมตรีจิตต์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B06D7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264F6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62BE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72743D3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9ED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DF2A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1"/>
                <w:sz w:val="32"/>
                <w:szCs w:val="32"/>
              </w:rPr>
              <w:t>ปากซอยพระยามหาอำมาตย์!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BB1E5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2B69A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2377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E7680F4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1BCD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626A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บ้านบาตร เมรุปูน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3557E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1D0B6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8EB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4780283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DC51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EE2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3"/>
                <w:sz w:val="32"/>
                <w:szCs w:val="32"/>
              </w:rPr>
              <w:t>ชุมชนดำรงค์รักษ์ (วินกองทุนชุมชนดำรงรักษ์</w:t>
            </w: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130F1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F3672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AD70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2CC0D36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4FC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5131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แยกเทวกรรม ข้างโรงรับจำนำ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D8858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F887C3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320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0EA0AA5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238A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833E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ปากซอยมหาจักร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56C7C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DFEF0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5CF32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6F42D86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A73B1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322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ถนนศุภมิตรตัดกรุงเกษม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E91CD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77C6E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66A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4CA3EC9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313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99445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ปากซอยหลานหลวง 10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5E012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0400D1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42E1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AB57A58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D769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7547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ซอย 9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6FB0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9DD4C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DA0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3B645EE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33FB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FF65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15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4AB587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C6E227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D7A3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4E473C4" w14:textId="77777777" w:rsidTr="00822C14">
        <w:trPr>
          <w:trHeight w:hRule="exact"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58CE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B8B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25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B54B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92137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6F43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2B3A1B78" w14:textId="77777777" w:rsidR="00260D1C" w:rsidRPr="00E9269F" w:rsidRDefault="00260D1C" w:rsidP="00B01FC8">
      <w:pPr>
        <w:autoSpaceDE w:val="0"/>
        <w:autoSpaceDN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F3C8855" w14:textId="77777777" w:rsidR="00260D1C" w:rsidRPr="00E9269F" w:rsidRDefault="00260D1C" w:rsidP="00B01FC8">
      <w:pPr>
        <w:spacing w:after="0" w:line="240" w:lineRule="auto"/>
        <w:rPr>
          <w:rFonts w:ascii="TH SarabunPSK" w:hAnsi="TH SarabunPSK" w:cs="TH SarabunPSK"/>
          <w:sz w:val="32"/>
          <w:szCs w:val="32"/>
        </w:rPr>
        <w:sectPr w:rsidR="00260D1C" w:rsidRPr="00E9269F">
          <w:pgSz w:w="11906" w:h="16838"/>
          <w:pgMar w:top="862" w:right="818" w:bottom="990" w:left="698" w:header="720" w:footer="720" w:gutter="0"/>
          <w:cols w:space="720" w:equalWidth="0">
            <w:col w:w="10390" w:space="0"/>
          </w:cols>
          <w:docGrid w:linePitch="360"/>
        </w:sectPr>
      </w:pPr>
    </w:p>
    <w:p w14:paraId="0A1E7D3D" w14:textId="77777777" w:rsidR="001D7602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eastAsia="Times New Roman" w:hAnsi="TH SarabunPSK" w:cs="TH SarabunPSK"/>
          <w:b/>
          <w:bCs/>
          <w:color w:val="000000"/>
          <w:spacing w:val="-6"/>
          <w:sz w:val="32"/>
          <w:szCs w:val="32"/>
          <w:lang w:bidi="th-TH"/>
        </w:rPr>
      </w:pPr>
      <w:r w:rsidRPr="00E9269F">
        <w:rPr>
          <w:rFonts w:ascii="TH SarabunPSK" w:eastAsia="Times New Roman" w:hAnsi="TH SarabunPSK" w:cs="TH SarabunPSK"/>
          <w:b/>
          <w:bCs/>
          <w:color w:val="000000"/>
          <w:spacing w:val="-6"/>
          <w:sz w:val="32"/>
          <w:szCs w:val="32"/>
        </w:rPr>
        <w:lastRenderedPageBreak/>
        <w:t>-11-</w:t>
      </w:r>
    </w:p>
    <w:p w14:paraId="68C9ECC7" w14:textId="77777777" w:rsidR="001D7602" w:rsidRDefault="00000000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E9269F">
        <w:rPr>
          <w:rFonts w:ascii="TH SarabunPSK" w:hAnsi="TH SarabunPSK" w:cs="TH SarabunPSK"/>
          <w:sz w:val="32"/>
          <w:szCs w:val="32"/>
        </w:rPr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ข้อมูลสถานที่รอรับคนโดยสาร (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วิน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pacing w:val="-1"/>
          <w:sz w:val="32"/>
          <w:szCs w:val="32"/>
        </w:rPr>
        <w:t>) และการออกใบรับรองรถจักรยานยนต์สาธารณะ ในเขตกรุงเทพมหานคร ประจำ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ปีงบประมาณ </w:t>
      </w:r>
      <w:proofErr w:type="spellStart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พ.ศ</w:t>
      </w:r>
      <w:proofErr w:type="spellEnd"/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. 256</w:t>
      </w:r>
      <w:r w:rsidR="00822C14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>9</w:t>
      </w:r>
      <w:r w:rsidRPr="00E9269F"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  <w:t xml:space="preserve"> สำนักงานเขตป้อมปราบศัตรูพ่าย </w:t>
      </w:r>
      <w:r w:rsidRPr="00E9269F">
        <w:rPr>
          <w:rFonts w:ascii="TH SarabunPSK" w:hAnsi="TH SarabunPSK" w:cs="TH SarabunPSK"/>
          <w:sz w:val="32"/>
          <w:szCs w:val="32"/>
        </w:rPr>
        <w:br/>
      </w:r>
      <w:r w:rsidRPr="00E9269F">
        <w:rPr>
          <w:rFonts w:ascii="TH SarabunPSK" w:eastAsia="TH SarabunPSK" w:hAnsi="TH SarabunPSK" w:cs="TH SarabunPSK"/>
          <w:b/>
          <w:bCs/>
          <w:color w:val="000000"/>
          <w:spacing w:val="2"/>
          <w:sz w:val="32"/>
          <w:szCs w:val="32"/>
        </w:rPr>
        <w:t>เดือนมีนาคม 2569</w:t>
      </w:r>
      <w:r w:rsidRPr="00E9269F">
        <w:rPr>
          <w:rFonts w:ascii="TH SarabunPSK" w:hAnsi="TH SarabunPSK" w:cs="TH SarabunPSK"/>
          <w:sz w:val="32"/>
          <w:szCs w:val="32"/>
        </w:rPr>
        <w:t xml:space="preserve"> </w:t>
      </w:r>
    </w:p>
    <w:p w14:paraId="0047187F" w14:textId="014FC03B" w:rsidR="00260D1C" w:rsidRPr="00E9269F" w:rsidRDefault="00260D1C" w:rsidP="00B01FC8">
      <w:pPr>
        <w:autoSpaceDE w:val="0"/>
        <w:autoSpaceDN w:val="0"/>
        <w:spacing w:after="0" w:line="240" w:lineRule="auto"/>
        <w:ind w:left="720" w:right="432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200F0F8B" w14:textId="77777777" w:rsidTr="00822C14">
        <w:trPr>
          <w:trHeight w:hRule="exact" w:val="73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DE65CC4" w14:textId="77777777" w:rsidR="001D7602" w:rsidRDefault="001D7602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</w:p>
          <w:p w14:paraId="42837E1A" w14:textId="1A0A081F" w:rsidR="00260D1C" w:rsidRPr="00E9269F" w:rsidRDefault="001D7602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78208" behindDoc="1" locked="0" layoutInCell="1" allowOverlap="1" wp14:anchorId="0D1989E2" wp14:editId="22C927D6">
                      <wp:simplePos x="0" y="0"/>
                      <wp:positionH relativeFrom="page">
                        <wp:posOffset>10160</wp:posOffset>
                      </wp:positionH>
                      <wp:positionV relativeFrom="page">
                        <wp:posOffset>14605</wp:posOffset>
                      </wp:positionV>
                      <wp:extent cx="6643370" cy="701040"/>
                      <wp:effectExtent l="0" t="0" r="5080" b="3810"/>
                      <wp:wrapNone/>
                      <wp:docPr id="11" name="Text Box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43370" cy="701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BE8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331A7" id="Text Box 11" o:spid="_x0000_s1026" type="#_x0000_t202" style="position:absolute;margin-left:.8pt;margin-top:1.15pt;width:523.1pt;height:55.2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" fillcolor="#f9be8f" stroked="f">
                      <o:lock v:ext="edit" aspectratio="t"/>
                      <v:textbox inset="0,0,0,0"/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="00000000"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9898D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 (วิน)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D0A33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B5BE9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72D77D5E" w14:textId="77777777" w:rsidTr="00822C14">
        <w:trPr>
          <w:trHeight w:hRule="exact" w:val="374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D4072F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247F0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2ADB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3389B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DB0CDE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73C0511F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F172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BB47F1" w14:textId="7ADE7683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โบ๊5เบ๊</w:t>
            </w:r>
            <w:r w:rsidR="00B01FC8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สะพาน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 xml:space="preserve"> 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C3E36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0F8EEF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F46B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67A0C35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4FF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6714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ปากซอยเจ้าคำรพ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733A8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3CB613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D686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36CEA5C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3254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A98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แยกแปลงนาม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2909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583A4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C090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47E4E5C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7A61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B829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หน้าตลาดวรจักร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ADCA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2413C9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D9E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F293A91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0F9A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5B0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ปากตรอกมะขาม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B0BCAE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E7502E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DF83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644799F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8909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EAD8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ปากซอยนาคราช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6A38C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B53D0C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CDD5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B56160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A9D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A87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ปากซอยพระแก้ว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582449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18D4C0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ADB8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806EFF0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57F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128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สน.พลับพลาไชย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6E74F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2EDA4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89B9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50DF92F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FA77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9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8AC44" w14:textId="4375675E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ปากซอยกรุงแมน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135885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BC511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EBC6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CF7B9F5" w14:textId="77777777" w:rsidTr="00822C14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D44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7DD7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ปากซอยวัดสิตาราม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B871F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9D151F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234F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48D5557" w14:textId="77777777" w:rsidTr="00822C14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A5C3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C45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ปากซอยสวนมะลิ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34E776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447918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A672C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1B6ABB9" w14:textId="77777777" w:rsidTr="00822C14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FD4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BE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หน้าศาลเจ้ากวนอิมเบี้ย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E45007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830B7C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7AE4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5163237" w14:textId="77777777" w:rsidTr="00822C14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E693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EBD0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ปากซอยคลองถมวัดโสมนัส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1979D1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073A2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5915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78550D9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13F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C2A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ปากซอยศรีธรรมาธิราช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F00839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1C56F6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0A98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3F918BC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B91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92D1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หน้าโรงเรียนวัดสระเกศ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E8102C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6536F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3D1E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A6F7232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6C1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A70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หน้านกน้อยคาเฟ่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EAD4A7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0D636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B79E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CB5C535" w14:textId="77777777" w:rsidTr="00822C14">
        <w:trPr>
          <w:trHeight w:hRule="exact" w:val="3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CD0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5BF8F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ถ.มิตรสัมพันธ์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66B051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AEB91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F85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E610EF9" w14:textId="77777777" w:rsidTr="00822C14">
        <w:trPr>
          <w:trHeight w:hRule="exact" w:val="374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B4EA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18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E64D8A" w14:textId="113B208A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โบ๊เบ๊สะพาน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 xml:space="preserve"> 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73989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554B3C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18F3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C86CF2D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82AF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43A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ปากซอยบ้านบาตร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49741B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C0934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DF9C9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74DB55E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6E37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118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สาขามิตรพันธ์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9DD6A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E389F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D64B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2ED1BE7" w14:textId="77777777" w:rsidTr="00822C14">
        <w:trPr>
          <w:trHeight w:hRule="exact" w:val="3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33BEC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2A93C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ปากซอยเฉลิมเขต 4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B7468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BD5FDE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B440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6F3FA00" w14:textId="77777777" w:rsidTr="00822C14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44DA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22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3C640" w14:textId="0A0B4AA8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ปากซอยนาคบำรุง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49632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96D00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7870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8018C95" w14:textId="77777777" w:rsidTr="00822C14">
        <w:trPr>
          <w:trHeight w:hRule="exact" w:val="37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A9F6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23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51FE3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หน้าโรงพยาบาลกลาง ตึกอุบัติเหตุ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49389D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B1B8D2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272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29AFF41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7AE69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D7DCF" w14:textId="06B89A5C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ปาก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ซอยยมราชสุขุม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1003C3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1124D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3D240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E62156D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F5D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FC28E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ปากซอยหม่อมเชื่อม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B9E8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71A6F5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D3B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E3AF3CF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CADF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AE5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หน้าวัดพระพิเรนทร์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1209F1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B84B0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48C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FA9E5E6" w14:textId="77777777" w:rsidTr="00822C14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7FC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B87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หน้าเค เอฟ ซี คลองถม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F17C01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3008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7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16C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518CE52" w14:textId="77777777" w:rsidTr="00822C14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5884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B44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 สน.นางเลิ้ง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0622C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1564F7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3463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65CBBAD" w14:textId="77777777" w:rsidTr="00822C14">
        <w:trPr>
          <w:trHeight w:hRule="exact" w:val="3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FF7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BDAA87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หน้าโรงแรมรอยัลปริ๊นเซส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743A8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995BE7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90E0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0B89838" w14:textId="77777777" w:rsidTr="00822C14">
        <w:trPr>
          <w:trHeight w:hRule="exact" w:val="332"/>
        </w:trPr>
        <w:tc>
          <w:tcPr>
            <w:tcW w:w="7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8A3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30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612A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หน้าสวนหย่อมกรมโยธา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3F78F2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B3C95C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14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9CF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18DF3A75" w14:textId="77A6D665" w:rsidR="00260D1C" w:rsidRPr="00E9269F" w:rsidRDefault="00000000" w:rsidP="00B01FC8">
      <w:pPr>
        <w:autoSpaceDE w:val="0"/>
        <w:autoSpaceDN w:val="0"/>
        <w:spacing w:after="0" w:line="240" w:lineRule="auto"/>
        <w:ind w:right="4854"/>
        <w:jc w:val="right"/>
        <w:rPr>
          <w:rFonts w:ascii="TH SarabunPSK" w:hAnsi="TH SarabunPSK" w:cs="TH SarabunPSK"/>
          <w:sz w:val="32"/>
          <w:szCs w:val="32"/>
        </w:rPr>
      </w:pPr>
      <w:r w:rsidRPr="00E9269F">
        <w:rPr>
          <w:rFonts w:ascii="TH SarabunPSK" w:eastAsia="Times New Roman" w:hAnsi="TH SarabunPSK" w:cs="TH SarabunPSK"/>
          <w:color w:val="000000"/>
          <w:spacing w:val="-7"/>
          <w:sz w:val="32"/>
          <w:szCs w:val="32"/>
        </w:rPr>
        <w:lastRenderedPageBreak/>
        <w:t>-12-</w:t>
      </w:r>
    </w:p>
    <w:tbl>
      <w:tblPr>
        <w:tblW w:w="1048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706"/>
        <w:gridCol w:w="3720"/>
        <w:gridCol w:w="1810"/>
        <w:gridCol w:w="1920"/>
        <w:gridCol w:w="2329"/>
      </w:tblGrid>
      <w:tr w:rsidR="00260D1C" w:rsidRPr="00E9269F" w14:paraId="04BBDD31" w14:textId="77777777" w:rsidTr="00B01FC8">
        <w:trPr>
          <w:trHeight w:hRule="exact" w:val="73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748359F" w14:textId="77777777" w:rsidR="001D7602" w:rsidRDefault="001D7602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</w:p>
          <w:p w14:paraId="46D24D15" w14:textId="44BBE4E0" w:rsidR="00260D1C" w:rsidRPr="00E9269F" w:rsidRDefault="001D7602" w:rsidP="00B01FC8">
            <w:pPr>
              <w:autoSpaceDE w:val="0"/>
              <w:autoSpaceDN w:val="0"/>
              <w:spacing w:after="0" w:line="240" w:lineRule="auto"/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83328" behindDoc="1" locked="0" layoutInCell="1" allowOverlap="1" wp14:anchorId="3DB9E977" wp14:editId="02D872E1">
                      <wp:simplePos x="0" y="0"/>
                      <wp:positionH relativeFrom="page">
                        <wp:posOffset>4445</wp:posOffset>
                      </wp:positionH>
                      <wp:positionV relativeFrom="page">
                        <wp:posOffset>-3175</wp:posOffset>
                      </wp:positionV>
                      <wp:extent cx="6643370" cy="699770"/>
                      <wp:effectExtent l="0" t="0" r="5080" b="5080"/>
                      <wp:wrapNone/>
                      <wp:docPr id="12" name="Text Bo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43370" cy="699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9BE8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DD1A5" id="Text Box 12" o:spid="_x0000_s1026" type="#_x0000_t202" style="position:absolute;margin-left:.35pt;margin-top:-.25pt;width:523.1pt;height:55.1pt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" fillcolor="#f9be8f" stroked="f">
                      <o:lock v:ext="edit" aspectratio="t"/>
                      <v:textbox inset="0,0,0,0"/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="00000000"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ที่</w:t>
            </w:r>
            <w:proofErr w:type="spellEnd"/>
            <w:r w:rsidR="00000000"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CE3E96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56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ชื่อสถานที่รอรับคนโดยสาร</w:t>
            </w:r>
            <w:proofErr w:type="spellEnd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วิน</w:t>
            </w:r>
            <w:proofErr w:type="spellEnd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E7E1F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49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จำนวนใบรับรองสำหรับรถจักรยานยนต์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782171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39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ร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ั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บจ้างสาธารณะ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6C8A5BB6" w14:textId="77777777" w:rsidTr="00B01FC8">
        <w:trPr>
          <w:trHeight w:hRule="exact" w:val="37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6215780" w14:textId="77777777" w:rsidR="00260D1C" w:rsidRPr="00E9269F" w:rsidRDefault="00260D1C" w:rsidP="00B01F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2693E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68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1"/>
                <w:sz w:val="32"/>
                <w:szCs w:val="32"/>
              </w:rPr>
              <w:t>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B04ECEB" w14:textId="76E112F1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59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ขอใหม่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701D1B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626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>รายเด</w:t>
            </w:r>
            <w:r w:rsidRPr="00E9269F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ิ</w:t>
            </w:r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BD6DA88" w14:textId="33A08CC8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74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b/>
                <w:bCs/>
                <w:color w:val="000000"/>
                <w:spacing w:val="-7"/>
                <w:sz w:val="32"/>
                <w:szCs w:val="32"/>
              </w:rPr>
              <w:t>รายใหม่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0D1C" w:rsidRPr="00E9269F" w14:paraId="32DE3F42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D39D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D00BE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ปากซอยตลาดแม้นศรี</w:t>
            </w:r>
            <w:proofErr w:type="spellEnd"/>
            <w:r w:rsidRPr="00E92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66466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FA6FBC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6343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128CAC3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D849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3945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ถนนพะเนียง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(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ฝั่งวัดโสมนัส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F9F2D3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958B3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B863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B62C6DA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7927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C156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ข้างวัดมังกรกมลาวาส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ถ.เจริญกรุง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8E3F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63923B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B679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9B17E25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38AB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9D492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หน้าเซเว่น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เฉลิมเขต2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0C19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31EC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5400D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87847EB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107D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697FF" w14:textId="1E02EE43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-7"/>
                <w:sz w:val="32"/>
                <w:szCs w:val="32"/>
              </w:rPr>
              <w:t>แยกเสือป่า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9920A1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29B241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4AE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C166DB1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BB9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D71B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ถนนกะออมตัดถนนนครสวรรค์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CEF26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D9E69F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3EF7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0231FD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AE16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574B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ปากทางที่จอดรถเฉลิมนคร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FC9EC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D64E90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C811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E3D92E2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4ABE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2789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หน้าโรงเรียนพลับพลาไชย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59B00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4C378C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C470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8865353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8E2E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5D36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ปากซอยศูนย์การค้าวรจักร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6B9FD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4E090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11160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C8BCACA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74FA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F76B7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แยกถนนพะเนียง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6E3B8F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93B765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760D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94787E0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F6C5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B3D7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ถนนดำรงรักษ์ตัดกรุงเกษม</w:t>
            </w:r>
            <w:proofErr w:type="spellEnd"/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D11B02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A9EE12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0054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63A06725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48B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3C86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ชุมชนวัดโสมนัส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</w:t>
            </w: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1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78C199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4BDBD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8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B53F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0D015FD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A1D66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BE13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ตรงข้ามทางขึ้นลงโบ๊เบ๊สะพาน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3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EEC287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4D83DA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14DB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45751DA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86BF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1DF0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ซอยสวนมะลิ 1 หลังวัดดิสา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5551D2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4B46D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892D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B51249E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EBCDC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41D38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หน้าโรงเรียนวัดเทพศิรินทร์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95D07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1035BA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F587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06C62C19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6B0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D8E0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ข้างโรงพิมพ์ซิงเสียนเยอะเป้า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7241DF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F9D44F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BD48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205AE0A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66CC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738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ปากซอยยศเส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FA800E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38574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78BD5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28562BA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2AF3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39AFD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ข้างโรงพยาบาลกลาง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31CC96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266D0D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6242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323F93A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2929C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49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37C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3"/>
                <w:sz w:val="32"/>
                <w:szCs w:val="32"/>
              </w:rPr>
              <w:t>หน้าธนาคารกรุงเทพ สาขามหานาค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244941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BF2B3E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CE54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5D957A6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D279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5DAD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หน้าธนาคารกรุงเทพ สาขาเสือป่า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2999B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7FBB88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22CB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EC41E5E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42A8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FA7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ซอยโรงไม้ (ภูเขาทอง)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315C2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A889F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1040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76C4019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DBA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68B6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หน้าอาคารศรีวรจักร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B9E9D1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EFDA82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841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B6253C5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3C60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1480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ข้างโรงพยาบาลหัวเฉียว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A3DDE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4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D83A4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8452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6218AA5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47B9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728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หน้าชุมชนวัดโสมนัส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4494C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AFFFE8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39C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33E9F70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0E25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8DE8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ปากซอยวงเวียน 22 ถนนไมตรีจิตต์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CCDCBA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E0B24C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FC9D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4911AF85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741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267B4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1"/>
                <w:sz w:val="32"/>
                <w:szCs w:val="32"/>
              </w:rPr>
              <w:t>ปากซอยพระยามหาอำมาตย์!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5540AE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4338EB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70F4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0D0F8D9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758E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AA31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บ้านบาตร เมรุปูน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2FF3E9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0FDD4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A9954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0D7E02E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762D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6B86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-3"/>
                <w:sz w:val="32"/>
                <w:szCs w:val="32"/>
              </w:rPr>
              <w:t>ชุมชนดำรงค์รักษ์ (วินกองทุนชุมชนดำรงรักษ์</w:t>
            </w: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)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09E18E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2DE73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C745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EBBF150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035DB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59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DED0A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แยกเทวกรรม ข้างโรงรับจำนำ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F8469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B86B6A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D9EA5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77E01B52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256DF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7954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ปากซอยมหาจักร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625F598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4BA249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D8AB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129330D4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850E8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A2C2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ถนนศุภมิตรตัดกรุงเกษม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CBA98E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D3495F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8DA8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2F821720" w14:textId="77777777" w:rsidTr="00B01FC8">
        <w:trPr>
          <w:trHeight w:hRule="exact"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C4DDB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A0E1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ปากซอยหลานหลวง 10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F7A8D8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B9518DD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E7AA6F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5B867028" w14:textId="77777777" w:rsidTr="00B01FC8">
        <w:trPr>
          <w:trHeight w:hRule="exact"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E0650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4F3D2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ซอย 9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60A8114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C06A22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885DE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260D1C" w:rsidRPr="00E9269F" w14:paraId="3BC64D2F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98C31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40F96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 15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466DAE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E817CC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5C513" w14:textId="77777777" w:rsidR="00260D1C" w:rsidRPr="00E9269F" w:rsidRDefault="00000000" w:rsidP="00B01FC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hAnsi="TH SarabunPSK" w:cs="TH SarabunPSK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  <w:tr w:rsidR="005A1238" w:rsidRPr="00E9269F" w14:paraId="2ADC3C99" w14:textId="77777777" w:rsidTr="00B01FC8">
        <w:trPr>
          <w:trHeight w:hRule="exact" w:val="37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A5D0E" w14:textId="6BFB620E" w:rsidR="005A1238" w:rsidRPr="00E9269F" w:rsidRDefault="005A1238" w:rsidP="005A1238">
            <w:pPr>
              <w:autoSpaceDE w:val="0"/>
              <w:autoSpaceDN w:val="0"/>
              <w:spacing w:after="0" w:line="240" w:lineRule="auto"/>
              <w:ind w:left="236"/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65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0915E" w14:textId="25ED9744" w:rsidR="005A1238" w:rsidRPr="00E9269F" w:rsidRDefault="005A1238" w:rsidP="005A1238">
            <w:pPr>
              <w:autoSpaceDE w:val="0"/>
              <w:autoSpaceDN w:val="0"/>
              <w:spacing w:after="0" w:line="240" w:lineRule="auto"/>
              <w:ind w:left="104"/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</w:pPr>
            <w:proofErr w:type="spellStart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>ปากซอยเจริญกรุง</w:t>
            </w:r>
            <w:proofErr w:type="spellEnd"/>
            <w:r w:rsidRPr="00E9269F">
              <w:rPr>
                <w:rFonts w:ascii="TH SarabunPSK" w:eastAsia="TH SarabunPSK" w:hAnsi="TH SarabunPSK" w:cs="TH SarabunPSK"/>
                <w:color w:val="000000"/>
                <w:spacing w:val="2"/>
                <w:sz w:val="32"/>
                <w:szCs w:val="32"/>
              </w:rPr>
              <w:t xml:space="preserve"> 25</w:t>
            </w:r>
            <w:r w:rsidRPr="00E926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A58E3A" w14:textId="26D0E000" w:rsidR="005A1238" w:rsidRPr="00E9269F" w:rsidRDefault="005A1238" w:rsidP="005A1238">
            <w:pPr>
              <w:autoSpaceDE w:val="0"/>
              <w:autoSpaceDN w:val="0"/>
              <w:spacing w:after="0" w:line="240" w:lineRule="auto"/>
              <w:ind w:left="868"/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24E210F" w14:textId="362E20BD" w:rsidR="005A1238" w:rsidRPr="00E9269F" w:rsidRDefault="005A1238" w:rsidP="005A1238">
            <w:pPr>
              <w:autoSpaceDE w:val="0"/>
              <w:autoSpaceDN w:val="0"/>
              <w:spacing w:after="0" w:line="240" w:lineRule="auto"/>
              <w:ind w:left="902"/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71C0E" w14:textId="22AACA1B" w:rsidR="005A1238" w:rsidRPr="00E9269F" w:rsidRDefault="005A1238" w:rsidP="005A1238">
            <w:pPr>
              <w:autoSpaceDE w:val="0"/>
              <w:autoSpaceDN w:val="0"/>
              <w:spacing w:after="0" w:line="240" w:lineRule="auto"/>
              <w:ind w:left="1064"/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</w:pPr>
            <w:r w:rsidRPr="00E9269F">
              <w:rPr>
                <w:rFonts w:ascii="TH SarabunPSK" w:eastAsia="Times New Roman" w:hAnsi="TH SarabunPSK" w:cs="TH SarabunPSK"/>
                <w:color w:val="000000"/>
                <w:spacing w:val="-6"/>
                <w:sz w:val="32"/>
                <w:szCs w:val="32"/>
              </w:rPr>
              <w:t>-</w:t>
            </w:r>
          </w:p>
        </w:tc>
      </w:tr>
    </w:tbl>
    <w:p w14:paraId="2ED27A4E" w14:textId="77777777" w:rsidR="00260D1C" w:rsidRPr="00E9269F" w:rsidRDefault="00260D1C" w:rsidP="009742DA">
      <w:pPr>
        <w:autoSpaceDE w:val="0"/>
        <w:autoSpaceDN w:val="0"/>
        <w:spacing w:after="0" w:line="240" w:lineRule="auto"/>
        <w:rPr>
          <w:rFonts w:ascii="TH SarabunPSK" w:hAnsi="TH SarabunPSK" w:cs="TH SarabunPSK" w:hint="cs"/>
          <w:sz w:val="32"/>
          <w:szCs w:val="32"/>
          <w:lang w:bidi="th-TH"/>
        </w:rPr>
      </w:pPr>
    </w:p>
    <w:sectPr w:rsidR="00260D1C" w:rsidRPr="00E9269F" w:rsidSect="00034616">
      <w:pgSz w:w="11906" w:h="16838"/>
      <w:pgMar w:top="862" w:right="818" w:bottom="1262" w:left="698" w:header="720" w:footer="720" w:gutter="0"/>
      <w:cols w:space="720" w:equalWidth="0">
        <w:col w:w="10390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9034429">
    <w:abstractNumId w:val="8"/>
  </w:num>
  <w:num w:numId="2" w16cid:durableId="224071836">
    <w:abstractNumId w:val="6"/>
  </w:num>
  <w:num w:numId="3" w16cid:durableId="846021103">
    <w:abstractNumId w:val="5"/>
  </w:num>
  <w:num w:numId="4" w16cid:durableId="1739865319">
    <w:abstractNumId w:val="4"/>
  </w:num>
  <w:num w:numId="5" w16cid:durableId="516388261">
    <w:abstractNumId w:val="7"/>
  </w:num>
  <w:num w:numId="6" w16cid:durableId="1895652652">
    <w:abstractNumId w:val="3"/>
  </w:num>
  <w:num w:numId="7" w16cid:durableId="651297080">
    <w:abstractNumId w:val="2"/>
  </w:num>
  <w:num w:numId="8" w16cid:durableId="259024224">
    <w:abstractNumId w:val="1"/>
  </w:num>
  <w:num w:numId="9" w16cid:durableId="118289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17E"/>
    <w:rsid w:val="00183D4E"/>
    <w:rsid w:val="001D7602"/>
    <w:rsid w:val="00260D1C"/>
    <w:rsid w:val="0029639D"/>
    <w:rsid w:val="0031772E"/>
    <w:rsid w:val="00326F90"/>
    <w:rsid w:val="00373667"/>
    <w:rsid w:val="005A1238"/>
    <w:rsid w:val="00664A22"/>
    <w:rsid w:val="006F78E6"/>
    <w:rsid w:val="00822C14"/>
    <w:rsid w:val="00873CA0"/>
    <w:rsid w:val="00893562"/>
    <w:rsid w:val="0093648E"/>
    <w:rsid w:val="009703B2"/>
    <w:rsid w:val="009736FF"/>
    <w:rsid w:val="009742DA"/>
    <w:rsid w:val="00AA1D8D"/>
    <w:rsid w:val="00B01FC8"/>
    <w:rsid w:val="00B15ABF"/>
    <w:rsid w:val="00B47730"/>
    <w:rsid w:val="00CB0664"/>
    <w:rsid w:val="00D84825"/>
    <w:rsid w:val="00DA6974"/>
    <w:rsid w:val="00E926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60EE55"/>
  <w14:defaultImageDpi w14:val="300"/>
  <w15:docId w15:val="{2817C7CC-AB77-45D0-AC88-A3E9F580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2232</Words>
  <Characters>12724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bma02948</cp:lastModifiedBy>
  <cp:revision>2</cp:revision>
  <dcterms:created xsi:type="dcterms:W3CDTF">2026-07-22T04:52:00Z</dcterms:created>
  <dcterms:modified xsi:type="dcterms:W3CDTF">2026-07-22T04:52:00Z</dcterms:modified>
  <cp:category/>
</cp:coreProperties>
</file>